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F9FFA" w14:textId="7C0A2DC3" w:rsidR="00C57230" w:rsidRDefault="00C57230" w:rsidP="00CF34B5">
      <w:pPr>
        <w:pStyle w:val="aa"/>
        <w:spacing w:line="276" w:lineRule="auto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 wp14:anchorId="4B2C9129" wp14:editId="59E0076A">
            <wp:simplePos x="0" y="0"/>
            <wp:positionH relativeFrom="page">
              <wp:posOffset>-24494</wp:posOffset>
            </wp:positionH>
            <wp:positionV relativeFrom="paragraph">
              <wp:posOffset>-947057</wp:posOffset>
            </wp:positionV>
            <wp:extent cx="7617279" cy="10746994"/>
            <wp:effectExtent l="0" t="0" r="3175" b="0"/>
            <wp:wrapNone/>
            <wp:docPr id="1864187526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187526" name="Graphic 1864187526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8870" cy="10763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799A25" w14:textId="0610F116" w:rsidR="00C57230" w:rsidRDefault="007C2E82" w:rsidP="00CF34B5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0A1AEEA" wp14:editId="7E045EDD">
                <wp:simplePos x="0" y="0"/>
                <wp:positionH relativeFrom="margin">
                  <wp:posOffset>322729</wp:posOffset>
                </wp:positionH>
                <wp:positionV relativeFrom="paragraph">
                  <wp:posOffset>7607151</wp:posOffset>
                </wp:positionV>
                <wp:extent cx="8665210" cy="1404620"/>
                <wp:effectExtent l="0" t="0" r="0" b="0"/>
                <wp:wrapNone/>
                <wp:docPr id="404360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52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A5FD3" w14:textId="17E7F3F8" w:rsidR="00C57230" w:rsidRPr="007C2E82" w:rsidRDefault="007C2E82" w:rsidP="007C2E82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B6DDE8" w:themeColor="accent5" w:themeTint="66"/>
                                <w:sz w:val="48"/>
                                <w:szCs w:val="48"/>
                              </w:rPr>
                            </w:pPr>
                            <w:r w:rsidRPr="007C2E82">
                              <w:rPr>
                                <w:rFonts w:ascii="Arial" w:hAnsi="Arial" w:cs="Arial"/>
                                <w:b/>
                                <w:bCs/>
                                <w:color w:val="B6DDE8" w:themeColor="accent5" w:themeTint="66"/>
                                <w:sz w:val="48"/>
                                <w:szCs w:val="48"/>
                              </w:rPr>
                              <w:t>S</w:t>
                            </w:r>
                            <w:r w:rsidR="00C57230" w:rsidRPr="007C2E82">
                              <w:rPr>
                                <w:rFonts w:ascii="Arial" w:hAnsi="Arial" w:cs="Arial"/>
                                <w:b/>
                                <w:bCs/>
                                <w:color w:val="B6DDE8" w:themeColor="accent5" w:themeTint="66"/>
                                <w:sz w:val="48"/>
                                <w:szCs w:val="48"/>
                              </w:rPr>
                              <w:t xml:space="preserve">EÇİM MƏRHƏLƏSİ ÜÇÜN QAYDALAR </w:t>
                            </w:r>
                          </w:p>
                          <w:p w14:paraId="264C0750" w14:textId="3FB86E40" w:rsidR="00C57230" w:rsidRPr="007C2E82" w:rsidRDefault="00C57230" w:rsidP="007C2E82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B6DDE8" w:themeColor="accent5" w:themeTint="66"/>
                                <w:sz w:val="48"/>
                                <w:szCs w:val="48"/>
                              </w:rPr>
                            </w:pPr>
                            <w:r w:rsidRPr="007C2E82">
                              <w:rPr>
                                <w:rFonts w:ascii="Arial" w:hAnsi="Arial" w:cs="Arial"/>
                                <w:b/>
                                <w:bCs/>
                                <w:color w:val="B6DDE8" w:themeColor="accent5" w:themeTint="66"/>
                                <w:sz w:val="48"/>
                                <w:szCs w:val="48"/>
                              </w:rPr>
                              <w:t>VƏ TEXNİKİ TAPŞIRIQ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0A1AE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.4pt;margin-top:599pt;width:682.3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" filled="f" stroked="f">
                <v:textbox style="mso-fit-shape-to-text:t">
                  <w:txbxContent>
                    <w:p w14:paraId="216A5FD3" w14:textId="17E7F3F8" w:rsidR="00C57230" w:rsidRPr="007C2E82" w:rsidRDefault="007C2E82" w:rsidP="007C2E82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B6DDE8" w:themeColor="accent5" w:themeTint="66"/>
                          <w:sz w:val="48"/>
                          <w:szCs w:val="48"/>
                        </w:rPr>
                      </w:pPr>
                      <w:r w:rsidRPr="007C2E82">
                        <w:rPr>
                          <w:rFonts w:ascii="Arial" w:hAnsi="Arial" w:cs="Arial"/>
                          <w:b/>
                          <w:bCs/>
                          <w:color w:val="B6DDE8" w:themeColor="accent5" w:themeTint="66"/>
                          <w:sz w:val="48"/>
                          <w:szCs w:val="48"/>
                        </w:rPr>
                        <w:t>S</w:t>
                      </w:r>
                      <w:r w:rsidR="00C57230" w:rsidRPr="007C2E82">
                        <w:rPr>
                          <w:rFonts w:ascii="Arial" w:hAnsi="Arial" w:cs="Arial"/>
                          <w:b/>
                          <w:bCs/>
                          <w:color w:val="B6DDE8" w:themeColor="accent5" w:themeTint="66"/>
                          <w:sz w:val="48"/>
                          <w:szCs w:val="48"/>
                        </w:rPr>
                        <w:t xml:space="preserve">EÇİM MƏRHƏLƏSİ ÜÇÜN QAYDALAR </w:t>
                      </w:r>
                    </w:p>
                    <w:p w14:paraId="264C0750" w14:textId="3FB86E40" w:rsidR="00C57230" w:rsidRPr="007C2E82" w:rsidRDefault="00C57230" w:rsidP="007C2E82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B6DDE8" w:themeColor="accent5" w:themeTint="66"/>
                          <w:sz w:val="48"/>
                          <w:szCs w:val="48"/>
                        </w:rPr>
                      </w:pPr>
                      <w:r w:rsidRPr="007C2E82">
                        <w:rPr>
                          <w:rFonts w:ascii="Arial" w:hAnsi="Arial" w:cs="Arial"/>
                          <w:b/>
                          <w:bCs/>
                          <w:color w:val="B6DDE8" w:themeColor="accent5" w:themeTint="66"/>
                          <w:sz w:val="48"/>
                          <w:szCs w:val="48"/>
                        </w:rPr>
                        <w:t>VƏ TEXNİKİ TAPŞIRIQ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3D637BD" wp14:editId="1C6340D4">
                <wp:simplePos x="0" y="0"/>
                <wp:positionH relativeFrom="page">
                  <wp:posOffset>5808009</wp:posOffset>
                </wp:positionH>
                <wp:positionV relativeFrom="paragraph">
                  <wp:posOffset>8146302</wp:posOffset>
                </wp:positionV>
                <wp:extent cx="8665210" cy="1404620"/>
                <wp:effectExtent l="0" t="0" r="0" b="0"/>
                <wp:wrapNone/>
                <wp:docPr id="1292261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52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ABA0B" w14:textId="77777777" w:rsidR="00C57230" w:rsidRPr="006C6FD8" w:rsidRDefault="00C57230" w:rsidP="00C57230">
                            <w:pPr>
                              <w:rPr>
                                <w:rFonts w:ascii="Arial" w:hAnsi="Arial" w:cs="Arial"/>
                                <w:color w:val="B6DDE8" w:themeColor="accent5" w:themeTint="66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6DDE8" w:themeColor="accent5" w:themeTint="66"/>
                                <w:sz w:val="40"/>
                                <w:szCs w:val="36"/>
                              </w:rPr>
                              <w:t xml:space="preserve"> BAKI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D637BD" id="_x0000_s1027" type="#_x0000_t202" style="position:absolute;margin-left:457.3pt;margin-top:641.45pt;width:682.3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" filled="f" stroked="f">
                <v:textbox style="mso-fit-shape-to-text:t">
                  <w:txbxContent>
                    <w:p w14:paraId="0DAABA0B" w14:textId="77777777" w:rsidR="00C57230" w:rsidRPr="006C6FD8" w:rsidRDefault="00C57230" w:rsidP="00C57230">
                      <w:pPr>
                        <w:rPr>
                          <w:rFonts w:ascii="Arial" w:hAnsi="Arial" w:cs="Arial"/>
                          <w:color w:val="B6DDE8" w:themeColor="accent5" w:themeTint="66"/>
                          <w:sz w:val="40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B6DDE8" w:themeColor="accent5" w:themeTint="66"/>
                          <w:sz w:val="40"/>
                          <w:szCs w:val="36"/>
                        </w:rPr>
                        <w:t xml:space="preserve"> BAKI 2025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57230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BD91CE3" wp14:editId="47A8EE5B">
                <wp:simplePos x="0" y="0"/>
                <wp:positionH relativeFrom="margin">
                  <wp:posOffset>270163</wp:posOffset>
                </wp:positionH>
                <wp:positionV relativeFrom="paragraph">
                  <wp:posOffset>5378294</wp:posOffset>
                </wp:positionV>
                <wp:extent cx="524002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B6CA1" w14:textId="77777777" w:rsidR="00C57230" w:rsidRPr="008B3F4C" w:rsidRDefault="00C57230" w:rsidP="00C5723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B6DDE8" w:themeColor="accent5" w:themeTint="66"/>
                                <w:sz w:val="96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B6DDE8" w:themeColor="accent5" w:themeTint="66"/>
                                <w:sz w:val="96"/>
                                <w:szCs w:val="72"/>
                              </w:rPr>
                              <w:t>ROBOSOCCER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D91CE3" id="_x0000_s1028" type="#_x0000_t202" style="position:absolute;margin-left:21.25pt;margin-top:423.5pt;width:412.6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" filled="f" stroked="f">
                <v:textbox style="mso-fit-shape-to-text:t">
                  <w:txbxContent>
                    <w:p w14:paraId="560B6CA1" w14:textId="77777777" w:rsidR="00C57230" w:rsidRPr="008B3F4C" w:rsidRDefault="00C57230" w:rsidP="00C57230">
                      <w:pPr>
                        <w:rPr>
                          <w:rFonts w:ascii="Arial" w:hAnsi="Arial" w:cs="Arial"/>
                          <w:b/>
                          <w:bCs/>
                          <w:color w:val="B6DDE8" w:themeColor="accent5" w:themeTint="66"/>
                          <w:sz w:val="96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B6DDE8" w:themeColor="accent5" w:themeTint="66"/>
                          <w:sz w:val="96"/>
                          <w:szCs w:val="72"/>
                        </w:rPr>
                        <w:t>ROBOSOCCER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57230">
        <w:rPr>
          <w:noProof/>
        </w:rPr>
        <w:drawing>
          <wp:anchor distT="0" distB="0" distL="114300" distR="114300" simplePos="0" relativeHeight="251660288" behindDoc="0" locked="0" layoutInCell="1" allowOverlap="1" wp14:anchorId="4F19D724" wp14:editId="1BD3ED99">
            <wp:simplePos x="0" y="0"/>
            <wp:positionH relativeFrom="margin">
              <wp:align>center</wp:align>
            </wp:positionH>
            <wp:positionV relativeFrom="paragraph">
              <wp:posOffset>1138868</wp:posOffset>
            </wp:positionV>
            <wp:extent cx="3226435" cy="2613025"/>
            <wp:effectExtent l="0" t="0" r="0" b="0"/>
            <wp:wrapNone/>
            <wp:docPr id="6721290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12907" name="Graphic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6435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7230">
        <w:rPr>
          <w:sz w:val="44"/>
          <w:szCs w:val="44"/>
        </w:rPr>
        <w:br w:type="page"/>
      </w:r>
    </w:p>
    <w:p w14:paraId="28CDBBF3" w14:textId="79CF2F4B" w:rsidR="005A3E32" w:rsidRPr="00435BA0" w:rsidRDefault="00A73563" w:rsidP="00CF34B5">
      <w:pPr>
        <w:pStyle w:val="1"/>
        <w:jc w:val="center"/>
        <w:rPr>
          <w:rFonts w:ascii="Arial" w:hAnsi="Arial" w:cs="Arial"/>
          <w:sz w:val="32"/>
          <w:szCs w:val="32"/>
        </w:rPr>
      </w:pPr>
      <w:proofErr w:type="spellStart"/>
      <w:r w:rsidRPr="00435BA0">
        <w:rPr>
          <w:rFonts w:ascii="Arial" w:hAnsi="Arial" w:cs="Arial"/>
          <w:sz w:val="32"/>
          <w:szCs w:val="32"/>
        </w:rPr>
        <w:lastRenderedPageBreak/>
        <w:t>Seçim</w:t>
      </w:r>
      <w:proofErr w:type="spellEnd"/>
      <w:r w:rsidRPr="00435BA0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435BA0">
        <w:rPr>
          <w:rFonts w:ascii="Arial" w:hAnsi="Arial" w:cs="Arial"/>
          <w:sz w:val="32"/>
          <w:szCs w:val="32"/>
        </w:rPr>
        <w:t>mərhələsi</w:t>
      </w:r>
      <w:proofErr w:type="spellEnd"/>
      <w:r w:rsidRPr="00435BA0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435BA0">
        <w:rPr>
          <w:rFonts w:ascii="Arial" w:hAnsi="Arial" w:cs="Arial"/>
          <w:sz w:val="32"/>
          <w:szCs w:val="32"/>
        </w:rPr>
        <w:t>üçün</w:t>
      </w:r>
      <w:proofErr w:type="spellEnd"/>
      <w:r w:rsidRPr="00435BA0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435BA0">
        <w:rPr>
          <w:rFonts w:ascii="Arial" w:hAnsi="Arial" w:cs="Arial"/>
          <w:sz w:val="32"/>
          <w:szCs w:val="32"/>
        </w:rPr>
        <w:t>qaydalar</w:t>
      </w:r>
      <w:proofErr w:type="spellEnd"/>
      <w:r w:rsidRPr="00435BA0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435BA0">
        <w:rPr>
          <w:rFonts w:ascii="Arial" w:hAnsi="Arial" w:cs="Arial"/>
          <w:sz w:val="32"/>
          <w:szCs w:val="32"/>
        </w:rPr>
        <w:t>və</w:t>
      </w:r>
      <w:proofErr w:type="spellEnd"/>
      <w:r w:rsidRPr="00435BA0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435BA0">
        <w:rPr>
          <w:rFonts w:ascii="Arial" w:hAnsi="Arial" w:cs="Arial"/>
          <w:sz w:val="32"/>
          <w:szCs w:val="32"/>
        </w:rPr>
        <w:t>texniki</w:t>
      </w:r>
      <w:proofErr w:type="spellEnd"/>
      <w:r w:rsidRPr="00435BA0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435BA0">
        <w:rPr>
          <w:rFonts w:ascii="Arial" w:hAnsi="Arial" w:cs="Arial"/>
          <w:sz w:val="32"/>
          <w:szCs w:val="32"/>
        </w:rPr>
        <w:t>tapşırıq</w:t>
      </w:r>
      <w:proofErr w:type="spellEnd"/>
      <w:r w:rsidR="007C55DA" w:rsidRPr="00435BA0">
        <w:rPr>
          <w:rFonts w:ascii="Arial" w:hAnsi="Arial" w:cs="Arial"/>
          <w:sz w:val="32"/>
          <w:szCs w:val="32"/>
        </w:rPr>
        <w:t xml:space="preserve"> (</w:t>
      </w:r>
      <w:proofErr w:type="spellStart"/>
      <w:r w:rsidR="007C55DA" w:rsidRPr="00435BA0">
        <w:rPr>
          <w:rFonts w:ascii="Arial" w:hAnsi="Arial" w:cs="Arial"/>
          <w:sz w:val="32"/>
          <w:szCs w:val="32"/>
        </w:rPr>
        <w:t>Təqdimat</w:t>
      </w:r>
      <w:proofErr w:type="spellEnd"/>
      <w:r w:rsidR="007C55DA" w:rsidRPr="00435BA0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7C55DA" w:rsidRPr="00435BA0">
        <w:rPr>
          <w:rFonts w:ascii="Arial" w:hAnsi="Arial" w:cs="Arial"/>
          <w:sz w:val="32"/>
          <w:szCs w:val="32"/>
        </w:rPr>
        <w:t>sənədi</w:t>
      </w:r>
      <w:proofErr w:type="spellEnd"/>
      <w:r w:rsidR="007C55DA" w:rsidRPr="00435BA0">
        <w:rPr>
          <w:rFonts w:ascii="Arial" w:hAnsi="Arial" w:cs="Arial"/>
          <w:sz w:val="32"/>
          <w:szCs w:val="32"/>
        </w:rPr>
        <w:t xml:space="preserve"> /</w:t>
      </w:r>
      <w:proofErr w:type="spellStart"/>
      <w:r w:rsidR="007C55DA" w:rsidRPr="00435BA0">
        <w:rPr>
          <w:rFonts w:ascii="Arial" w:hAnsi="Arial" w:cs="Arial"/>
          <w:sz w:val="32"/>
          <w:szCs w:val="32"/>
        </w:rPr>
        <w:t>Mühəndislik</w:t>
      </w:r>
      <w:proofErr w:type="spellEnd"/>
      <w:r w:rsidR="007C55DA" w:rsidRPr="00435BA0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7C55DA" w:rsidRPr="00435BA0">
        <w:rPr>
          <w:rFonts w:ascii="Arial" w:hAnsi="Arial" w:cs="Arial"/>
          <w:sz w:val="32"/>
          <w:szCs w:val="32"/>
        </w:rPr>
        <w:t>dəftəri</w:t>
      </w:r>
      <w:proofErr w:type="spellEnd"/>
      <w:r w:rsidR="007C55DA" w:rsidRPr="00435BA0">
        <w:rPr>
          <w:rFonts w:ascii="Arial" w:hAnsi="Arial" w:cs="Arial"/>
          <w:sz w:val="32"/>
          <w:szCs w:val="32"/>
        </w:rPr>
        <w:t>)</w:t>
      </w:r>
    </w:p>
    <w:p w14:paraId="77B017B1" w14:textId="030949CC" w:rsidR="005A3E32" w:rsidRPr="00435BA0" w:rsidRDefault="00435BA0" w:rsidP="00DC4BAB">
      <w:pPr>
        <w:pStyle w:val="1"/>
        <w:jc w:val="center"/>
        <w:rPr>
          <w:rFonts w:ascii="Arial" w:hAnsi="Arial" w:cs="Arial"/>
          <w:sz w:val="40"/>
          <w:szCs w:val="40"/>
        </w:rPr>
      </w:pPr>
      <w:r w:rsidRPr="00435BA0">
        <w:rPr>
          <w:rFonts w:ascii="Arial" w:hAnsi="Arial" w:cs="Arial"/>
          <w:sz w:val="40"/>
          <w:szCs w:val="40"/>
        </w:rPr>
        <w:t>G</w:t>
      </w:r>
      <w:r>
        <w:rPr>
          <w:rFonts w:ascii="Arial" w:hAnsi="Arial" w:cs="Arial"/>
          <w:sz w:val="40"/>
          <w:szCs w:val="40"/>
        </w:rPr>
        <w:t>İRİ</w:t>
      </w:r>
      <w:r w:rsidRPr="00435BA0">
        <w:rPr>
          <w:rFonts w:ascii="Arial" w:hAnsi="Arial" w:cs="Arial"/>
          <w:sz w:val="40"/>
          <w:szCs w:val="40"/>
        </w:rPr>
        <w:t>Ş</w:t>
      </w:r>
    </w:p>
    <w:p w14:paraId="3989C6E7" w14:textId="77777777" w:rsidR="005A3E32" w:rsidRPr="00435BA0" w:rsidRDefault="00E52275" w:rsidP="00CF34B5">
      <w:pPr>
        <w:ind w:firstLine="720"/>
        <w:jc w:val="both"/>
        <w:rPr>
          <w:rFonts w:ascii="Arial" w:hAnsi="Arial" w:cs="Arial"/>
        </w:rPr>
      </w:pPr>
      <w:proofErr w:type="spellStart"/>
      <w:r w:rsidRPr="00435BA0">
        <w:rPr>
          <w:rFonts w:ascii="Arial" w:hAnsi="Arial" w:cs="Arial"/>
        </w:rPr>
        <w:t>RoboSoccer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kateqoriyası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üçün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nəzərdə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tutulmuş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seçim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turu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üzrə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ilkin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qiymətləndirmə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hesabatı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aşağıda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qeyd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olunan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texniki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tapşırıqlar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və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təqdimat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formatı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əsasında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hazırlanmalıdır</w:t>
      </w:r>
      <w:proofErr w:type="spellEnd"/>
      <w:r w:rsidRPr="00435BA0">
        <w:rPr>
          <w:rFonts w:ascii="Arial" w:hAnsi="Arial" w:cs="Arial"/>
        </w:rPr>
        <w:t xml:space="preserve">. Bu </w:t>
      </w:r>
      <w:proofErr w:type="spellStart"/>
      <w:r w:rsidRPr="00435BA0">
        <w:rPr>
          <w:rFonts w:ascii="Arial" w:hAnsi="Arial" w:cs="Arial"/>
        </w:rPr>
        <w:t>mərhələdə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komandalar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öz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robotlarını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texniki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göstəricilərinə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və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fərdi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dizayn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səviyyəsinə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görə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təqdim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etməlidirlər</w:t>
      </w:r>
      <w:proofErr w:type="spellEnd"/>
      <w:r w:rsidRPr="00435BA0">
        <w:rPr>
          <w:rFonts w:ascii="Arial" w:hAnsi="Arial" w:cs="Arial"/>
        </w:rPr>
        <w:t>.</w:t>
      </w:r>
    </w:p>
    <w:p w14:paraId="75A07171" w14:textId="476D1A7A" w:rsidR="005A3E32" w:rsidRPr="00435BA0" w:rsidRDefault="00435BA0" w:rsidP="00DC4BAB">
      <w:pPr>
        <w:pStyle w:val="1"/>
        <w:numPr>
          <w:ilvl w:val="0"/>
          <w:numId w:val="13"/>
        </w:numPr>
        <w:jc w:val="center"/>
        <w:rPr>
          <w:rFonts w:ascii="Arial" w:hAnsi="Arial" w:cs="Arial"/>
          <w:sz w:val="32"/>
          <w:szCs w:val="32"/>
        </w:rPr>
      </w:pPr>
      <w:r w:rsidRPr="00435BA0">
        <w:rPr>
          <w:rFonts w:ascii="Arial" w:hAnsi="Arial" w:cs="Arial"/>
          <w:sz w:val="32"/>
          <w:szCs w:val="32"/>
        </w:rPr>
        <w:t>KOMANDA HAQQINDA MƏLUMAT</w:t>
      </w:r>
    </w:p>
    <w:p w14:paraId="272D00FA" w14:textId="0A1D8C52" w:rsidR="005A3E32" w:rsidRPr="00435BA0" w:rsidRDefault="00E52275" w:rsidP="00CF34B5">
      <w:pPr>
        <w:rPr>
          <w:rFonts w:ascii="Arial" w:hAnsi="Arial" w:cs="Arial"/>
        </w:rPr>
      </w:pPr>
      <w:r w:rsidRPr="00435BA0">
        <w:rPr>
          <w:rFonts w:ascii="Arial" w:hAnsi="Arial" w:cs="Arial"/>
          <w:b/>
          <w:bCs/>
        </w:rPr>
        <w:t>2.1.</w:t>
      </w:r>
      <w:r w:rsidR="00A73563" w:rsidRPr="00435BA0">
        <w:rPr>
          <w:rFonts w:ascii="Arial" w:hAnsi="Arial" w:cs="Arial"/>
        </w:rPr>
        <w:tab/>
      </w:r>
      <w:proofErr w:type="spellStart"/>
      <w:r w:rsidRPr="00435BA0">
        <w:rPr>
          <w:rFonts w:ascii="Arial" w:hAnsi="Arial" w:cs="Arial"/>
        </w:rPr>
        <w:t>Komandanın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adı</w:t>
      </w:r>
      <w:proofErr w:type="spellEnd"/>
      <w:r w:rsidRPr="00435BA0">
        <w:rPr>
          <w:rFonts w:ascii="Arial" w:hAnsi="Arial" w:cs="Arial"/>
        </w:rPr>
        <w:t xml:space="preserve">, mentor </w:t>
      </w:r>
      <w:proofErr w:type="spellStart"/>
      <w:r w:rsidRPr="00435BA0">
        <w:rPr>
          <w:rFonts w:ascii="Arial" w:hAnsi="Arial" w:cs="Arial"/>
        </w:rPr>
        <w:t>və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="00435BA0" w:rsidRPr="00435BA0">
        <w:rPr>
          <w:rFonts w:ascii="Arial" w:hAnsi="Arial" w:cs="Arial"/>
        </w:rPr>
        <w:t>komanda</w:t>
      </w:r>
      <w:proofErr w:type="spellEnd"/>
      <w:r w:rsidR="00435BA0"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üzvləri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haqqında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məlumat</w:t>
      </w:r>
      <w:proofErr w:type="spellEnd"/>
      <w:r w:rsidR="00435BA0" w:rsidRPr="00435BA0">
        <w:rPr>
          <w:rFonts w:ascii="Arial" w:hAnsi="Arial" w:cs="Arial"/>
          <w:lang w:val="en-GB"/>
        </w:rPr>
        <w:t>;</w:t>
      </w:r>
      <w:r w:rsidRPr="00435BA0">
        <w:rPr>
          <w:rFonts w:ascii="Arial" w:hAnsi="Arial" w:cs="Arial"/>
        </w:rPr>
        <w:br/>
      </w:r>
      <w:r w:rsidRPr="00435BA0">
        <w:rPr>
          <w:rFonts w:ascii="Arial" w:hAnsi="Arial" w:cs="Arial"/>
          <w:b/>
          <w:bCs/>
        </w:rPr>
        <w:t>2.2.</w:t>
      </w:r>
      <w:r w:rsidR="00A73563" w:rsidRPr="00435BA0">
        <w:rPr>
          <w:rFonts w:ascii="Arial" w:hAnsi="Arial" w:cs="Arial"/>
        </w:rPr>
        <w:tab/>
      </w:r>
      <w:proofErr w:type="spellStart"/>
      <w:r w:rsidRPr="00435BA0">
        <w:rPr>
          <w:rFonts w:ascii="Arial" w:hAnsi="Arial" w:cs="Arial"/>
        </w:rPr>
        <w:t>Hər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bir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üzvün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komanda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daxilindəki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rolu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və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öhdəlikləri</w:t>
      </w:r>
      <w:proofErr w:type="spellEnd"/>
      <w:r w:rsidR="00435BA0" w:rsidRPr="00435BA0">
        <w:rPr>
          <w:rFonts w:ascii="Arial" w:hAnsi="Arial" w:cs="Arial"/>
        </w:rPr>
        <w:t>;</w:t>
      </w:r>
      <w:r w:rsidRPr="00435BA0">
        <w:rPr>
          <w:rFonts w:ascii="Arial" w:hAnsi="Arial" w:cs="Arial"/>
        </w:rPr>
        <w:br/>
      </w:r>
      <w:r w:rsidRPr="00435BA0">
        <w:rPr>
          <w:rFonts w:ascii="Arial" w:hAnsi="Arial" w:cs="Arial"/>
          <w:b/>
          <w:bCs/>
        </w:rPr>
        <w:t>2.3.</w:t>
      </w:r>
      <w:r w:rsidR="00A73563" w:rsidRPr="00435BA0">
        <w:rPr>
          <w:rFonts w:ascii="Arial" w:hAnsi="Arial" w:cs="Arial"/>
        </w:rPr>
        <w:tab/>
      </w:r>
      <w:proofErr w:type="spellStart"/>
      <w:r w:rsidRPr="00435BA0">
        <w:rPr>
          <w:rFonts w:ascii="Arial" w:hAnsi="Arial" w:cs="Arial"/>
        </w:rPr>
        <w:t>Komandanın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əvvəlki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təcrübələri</w:t>
      </w:r>
      <w:proofErr w:type="spellEnd"/>
      <w:r w:rsidRPr="00435BA0">
        <w:rPr>
          <w:rFonts w:ascii="Arial" w:hAnsi="Arial" w:cs="Arial"/>
        </w:rPr>
        <w:t xml:space="preserve">, </w:t>
      </w:r>
      <w:proofErr w:type="spellStart"/>
      <w:r w:rsidRPr="00435BA0">
        <w:rPr>
          <w:rFonts w:ascii="Arial" w:hAnsi="Arial" w:cs="Arial"/>
        </w:rPr>
        <w:t>nailiyyətləri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və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gələcək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planları</w:t>
      </w:r>
      <w:proofErr w:type="spellEnd"/>
      <w:r w:rsidR="007C0EFB" w:rsidRPr="00435BA0">
        <w:rPr>
          <w:rFonts w:ascii="Arial" w:hAnsi="Arial" w:cs="Arial"/>
        </w:rPr>
        <w:t>.</w:t>
      </w:r>
    </w:p>
    <w:p w14:paraId="048B334B" w14:textId="603F09FC" w:rsidR="005A3E32" w:rsidRPr="00435BA0" w:rsidRDefault="00435BA0" w:rsidP="00DC4BAB">
      <w:pPr>
        <w:pStyle w:val="1"/>
        <w:numPr>
          <w:ilvl w:val="0"/>
          <w:numId w:val="13"/>
        </w:numPr>
        <w:jc w:val="center"/>
        <w:rPr>
          <w:rFonts w:ascii="Arial" w:hAnsi="Arial" w:cs="Arial"/>
          <w:sz w:val="32"/>
          <w:szCs w:val="32"/>
        </w:rPr>
      </w:pPr>
      <w:r w:rsidRPr="00435BA0">
        <w:rPr>
          <w:rFonts w:ascii="Arial" w:hAnsi="Arial" w:cs="Arial"/>
          <w:sz w:val="32"/>
          <w:szCs w:val="32"/>
        </w:rPr>
        <w:t>LAY</w:t>
      </w:r>
      <w:r>
        <w:rPr>
          <w:rFonts w:ascii="Arial" w:hAnsi="Arial" w:cs="Arial"/>
          <w:sz w:val="32"/>
          <w:szCs w:val="32"/>
        </w:rPr>
        <w:t>İ</w:t>
      </w:r>
      <w:r w:rsidRPr="00435BA0">
        <w:rPr>
          <w:rFonts w:ascii="Arial" w:hAnsi="Arial" w:cs="Arial"/>
          <w:sz w:val="32"/>
          <w:szCs w:val="32"/>
        </w:rPr>
        <w:t>HƏ HAQQINDA MƏLUMAT</w:t>
      </w:r>
    </w:p>
    <w:p w14:paraId="08711779" w14:textId="77777777" w:rsidR="00A73563" w:rsidRPr="00435BA0" w:rsidRDefault="00E52275" w:rsidP="00CF34B5">
      <w:pPr>
        <w:ind w:left="720" w:hanging="720"/>
        <w:jc w:val="both"/>
        <w:rPr>
          <w:rFonts w:ascii="Arial" w:hAnsi="Arial" w:cs="Arial"/>
        </w:rPr>
      </w:pPr>
      <w:r w:rsidRPr="00435BA0">
        <w:rPr>
          <w:rFonts w:ascii="Arial" w:hAnsi="Arial" w:cs="Arial"/>
          <w:b/>
          <w:bCs/>
        </w:rPr>
        <w:t>3.1.</w:t>
      </w:r>
      <w:r w:rsidR="00A73563" w:rsidRPr="00435BA0">
        <w:rPr>
          <w:rFonts w:ascii="Arial" w:hAnsi="Arial" w:cs="Arial"/>
        </w:rPr>
        <w:tab/>
      </w:r>
      <w:proofErr w:type="spellStart"/>
      <w:r w:rsidRPr="00435BA0">
        <w:rPr>
          <w:rFonts w:ascii="Arial" w:hAnsi="Arial" w:cs="Arial"/>
        </w:rPr>
        <w:t>Robotun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texniki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xüsusiyyətlərini</w:t>
      </w:r>
      <w:r w:rsidR="007C0EFB" w:rsidRPr="00435BA0">
        <w:rPr>
          <w:rFonts w:ascii="Arial" w:hAnsi="Arial" w:cs="Arial"/>
        </w:rPr>
        <w:t>n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təsvir</w:t>
      </w:r>
      <w:r w:rsidR="007C0EFB" w:rsidRPr="00435BA0">
        <w:rPr>
          <w:rFonts w:ascii="Arial" w:hAnsi="Arial" w:cs="Arial"/>
        </w:rPr>
        <w:t>i</w:t>
      </w:r>
      <w:proofErr w:type="spellEnd"/>
      <w:r w:rsidR="007C0EFB" w:rsidRPr="00435BA0">
        <w:rPr>
          <w:rFonts w:ascii="Arial" w:hAnsi="Arial" w:cs="Arial"/>
        </w:rPr>
        <w:t>:</w:t>
      </w:r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Robotun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fərqləndirici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və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innovativ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xüsusiyyətləri</w:t>
      </w:r>
      <w:proofErr w:type="spellEnd"/>
      <w:r w:rsidRPr="00435BA0">
        <w:rPr>
          <w:rFonts w:ascii="Arial" w:hAnsi="Arial" w:cs="Arial"/>
        </w:rPr>
        <w:t xml:space="preserve"> (</w:t>
      </w:r>
      <w:proofErr w:type="spellStart"/>
      <w:r w:rsidRPr="00435BA0">
        <w:rPr>
          <w:rFonts w:ascii="Arial" w:hAnsi="Arial" w:cs="Arial"/>
        </w:rPr>
        <w:t>hərəkət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qabiliyyəti</w:t>
      </w:r>
      <w:proofErr w:type="spellEnd"/>
      <w:r w:rsidRPr="00435BA0">
        <w:rPr>
          <w:rFonts w:ascii="Arial" w:hAnsi="Arial" w:cs="Arial"/>
        </w:rPr>
        <w:t xml:space="preserve">, </w:t>
      </w:r>
      <w:proofErr w:type="spellStart"/>
      <w:r w:rsidRPr="00435BA0">
        <w:rPr>
          <w:rFonts w:ascii="Arial" w:hAnsi="Arial" w:cs="Arial"/>
        </w:rPr>
        <w:t>idarəetmə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növü</w:t>
      </w:r>
      <w:proofErr w:type="spellEnd"/>
      <w:r w:rsidRPr="00435BA0">
        <w:rPr>
          <w:rFonts w:ascii="Arial" w:hAnsi="Arial" w:cs="Arial"/>
        </w:rPr>
        <w:t xml:space="preserve">, </w:t>
      </w:r>
      <w:proofErr w:type="spellStart"/>
      <w:r w:rsidRPr="00435BA0">
        <w:rPr>
          <w:rFonts w:ascii="Arial" w:hAnsi="Arial" w:cs="Arial"/>
        </w:rPr>
        <w:t>enerji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səmərəliliyi</w:t>
      </w:r>
      <w:proofErr w:type="spellEnd"/>
      <w:r w:rsidRPr="00435BA0">
        <w:rPr>
          <w:rFonts w:ascii="Arial" w:hAnsi="Arial" w:cs="Arial"/>
        </w:rPr>
        <w:t xml:space="preserve">, </w:t>
      </w:r>
      <w:proofErr w:type="spellStart"/>
      <w:r w:rsidRPr="00435BA0">
        <w:rPr>
          <w:rFonts w:ascii="Arial" w:hAnsi="Arial" w:cs="Arial"/>
        </w:rPr>
        <w:t>struktur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dizaynı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və</w:t>
      </w:r>
      <w:proofErr w:type="spellEnd"/>
      <w:r w:rsidRPr="00435BA0">
        <w:rPr>
          <w:rFonts w:ascii="Arial" w:hAnsi="Arial" w:cs="Arial"/>
        </w:rPr>
        <w:t xml:space="preserve"> s.).</w:t>
      </w:r>
    </w:p>
    <w:p w14:paraId="7CD1D485" w14:textId="77777777" w:rsidR="00A73563" w:rsidRPr="00435BA0" w:rsidRDefault="00E52275" w:rsidP="00CF34B5">
      <w:pPr>
        <w:ind w:left="720" w:hanging="720"/>
        <w:jc w:val="both"/>
        <w:rPr>
          <w:rFonts w:ascii="Arial" w:hAnsi="Arial" w:cs="Arial"/>
        </w:rPr>
      </w:pPr>
      <w:r w:rsidRPr="00435BA0">
        <w:rPr>
          <w:rFonts w:ascii="Arial" w:hAnsi="Arial" w:cs="Arial"/>
          <w:b/>
          <w:bCs/>
        </w:rPr>
        <w:t>3.</w:t>
      </w:r>
      <w:r w:rsidR="00664110" w:rsidRPr="00435BA0">
        <w:rPr>
          <w:rFonts w:ascii="Arial" w:hAnsi="Arial" w:cs="Arial"/>
          <w:b/>
          <w:bCs/>
        </w:rPr>
        <w:t>2</w:t>
      </w:r>
      <w:r w:rsidRPr="00435BA0">
        <w:rPr>
          <w:rFonts w:ascii="Arial" w:hAnsi="Arial" w:cs="Arial"/>
          <w:b/>
          <w:bCs/>
        </w:rPr>
        <w:t>.</w:t>
      </w:r>
      <w:r w:rsidR="00A73563" w:rsidRPr="00435BA0">
        <w:rPr>
          <w:rFonts w:ascii="Arial" w:hAnsi="Arial" w:cs="Arial"/>
        </w:rPr>
        <w:tab/>
      </w:r>
      <w:proofErr w:type="spellStart"/>
      <w:r w:rsidRPr="00435BA0">
        <w:rPr>
          <w:rFonts w:ascii="Arial" w:hAnsi="Arial" w:cs="Arial"/>
        </w:rPr>
        <w:t>Robotun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elektronika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və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idarəetmə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sxemi</w:t>
      </w:r>
      <w:proofErr w:type="spellEnd"/>
      <w:r w:rsidR="007C0EFB" w:rsidRPr="00435BA0">
        <w:rPr>
          <w:rFonts w:ascii="Arial" w:hAnsi="Arial" w:cs="Arial"/>
        </w:rPr>
        <w:t xml:space="preserve"> / </w:t>
      </w:r>
      <w:proofErr w:type="spellStart"/>
      <w:r w:rsidR="007C0EFB" w:rsidRPr="00435BA0">
        <w:rPr>
          <w:rFonts w:ascii="Arial" w:hAnsi="Arial" w:cs="Arial"/>
        </w:rPr>
        <w:t>cizgil</w:t>
      </w:r>
      <w:proofErr w:type="spellEnd"/>
      <w:r w:rsidR="007C0EFB" w:rsidRPr="00435BA0">
        <w:rPr>
          <w:rFonts w:ascii="Arial" w:hAnsi="Arial" w:cs="Arial"/>
          <w:lang w:val="az-Latn-AZ"/>
        </w:rPr>
        <w:t>əri</w:t>
      </w:r>
      <w:r w:rsidRPr="00435BA0">
        <w:rPr>
          <w:rFonts w:ascii="Arial" w:hAnsi="Arial" w:cs="Arial"/>
        </w:rPr>
        <w:t xml:space="preserve"> (Fritzing, </w:t>
      </w:r>
      <w:proofErr w:type="spellStart"/>
      <w:r w:rsidRPr="00435BA0">
        <w:rPr>
          <w:rFonts w:ascii="Arial" w:hAnsi="Arial" w:cs="Arial"/>
        </w:rPr>
        <w:t>Tinkercad</w:t>
      </w:r>
      <w:proofErr w:type="spellEnd"/>
      <w:r w:rsidRPr="00435BA0">
        <w:rPr>
          <w:rFonts w:ascii="Arial" w:hAnsi="Arial" w:cs="Arial"/>
        </w:rPr>
        <w:t xml:space="preserve">, </w:t>
      </w:r>
      <w:proofErr w:type="spellStart"/>
      <w:r w:rsidRPr="00435BA0">
        <w:rPr>
          <w:rFonts w:ascii="Arial" w:hAnsi="Arial" w:cs="Arial"/>
        </w:rPr>
        <w:t>Solidworks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və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ya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digər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proqramlar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istifadə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edilə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bilər</w:t>
      </w:r>
      <w:proofErr w:type="spellEnd"/>
      <w:r w:rsidRPr="00435BA0">
        <w:rPr>
          <w:rFonts w:ascii="Arial" w:hAnsi="Arial" w:cs="Arial"/>
        </w:rPr>
        <w:t>).</w:t>
      </w:r>
    </w:p>
    <w:p w14:paraId="3E30AFC3" w14:textId="7BBCF076" w:rsidR="00A73563" w:rsidRPr="00435BA0" w:rsidRDefault="00E52275" w:rsidP="00CF34B5">
      <w:pPr>
        <w:ind w:left="720" w:hanging="720"/>
        <w:rPr>
          <w:rFonts w:ascii="Arial" w:hAnsi="Arial" w:cs="Arial"/>
        </w:rPr>
      </w:pPr>
      <w:r w:rsidRPr="00435BA0">
        <w:rPr>
          <w:rFonts w:ascii="Arial" w:hAnsi="Arial" w:cs="Arial"/>
          <w:b/>
          <w:bCs/>
        </w:rPr>
        <w:t>3.</w:t>
      </w:r>
      <w:r w:rsidR="00664110" w:rsidRPr="00435BA0">
        <w:rPr>
          <w:rFonts w:ascii="Arial" w:hAnsi="Arial" w:cs="Arial"/>
          <w:b/>
          <w:bCs/>
        </w:rPr>
        <w:t>3</w:t>
      </w:r>
      <w:r w:rsidRPr="00435BA0">
        <w:rPr>
          <w:rFonts w:ascii="Arial" w:hAnsi="Arial" w:cs="Arial"/>
          <w:b/>
          <w:bCs/>
        </w:rPr>
        <w:t>.</w:t>
      </w:r>
      <w:r w:rsidR="00A73563" w:rsidRPr="00435BA0">
        <w:rPr>
          <w:rFonts w:ascii="Arial" w:hAnsi="Arial" w:cs="Arial"/>
        </w:rPr>
        <w:tab/>
      </w:r>
      <w:proofErr w:type="spellStart"/>
      <w:r w:rsidRPr="00435BA0">
        <w:rPr>
          <w:rFonts w:ascii="Arial" w:hAnsi="Arial" w:cs="Arial"/>
        </w:rPr>
        <w:t>İstifadə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etdiyiniz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elektron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komponentlər</w:t>
      </w:r>
      <w:proofErr w:type="spellEnd"/>
      <w:r w:rsidRPr="00435BA0">
        <w:rPr>
          <w:rFonts w:ascii="Arial" w:hAnsi="Arial" w:cs="Arial"/>
        </w:rPr>
        <w:t>:</w:t>
      </w:r>
      <w:r w:rsidRPr="00435BA0">
        <w:rPr>
          <w:rFonts w:ascii="Arial" w:hAnsi="Arial" w:cs="Arial"/>
        </w:rPr>
        <w:br/>
        <w:t>-</w:t>
      </w:r>
      <w:r w:rsidR="00435BA0" w:rsidRPr="00435BA0">
        <w:rPr>
          <w:rFonts w:ascii="Arial" w:hAnsi="Arial" w:cs="Arial"/>
        </w:rPr>
        <w:t xml:space="preserve"> </w:t>
      </w:r>
      <w:r w:rsidRPr="00435BA0">
        <w:rPr>
          <w:rFonts w:ascii="Arial" w:hAnsi="Arial" w:cs="Arial"/>
        </w:rPr>
        <w:t xml:space="preserve">Arduino UNO </w:t>
      </w:r>
      <w:proofErr w:type="spellStart"/>
      <w:r w:rsidRPr="00435BA0">
        <w:rPr>
          <w:rFonts w:ascii="Arial" w:hAnsi="Arial" w:cs="Arial"/>
        </w:rPr>
        <w:t>və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ya</w:t>
      </w:r>
      <w:proofErr w:type="spellEnd"/>
      <w:r w:rsidRPr="00435BA0">
        <w:rPr>
          <w:rFonts w:ascii="Arial" w:hAnsi="Arial" w:cs="Arial"/>
        </w:rPr>
        <w:t xml:space="preserve"> Nano</w:t>
      </w:r>
      <w:r w:rsidR="00435BA0" w:rsidRPr="00435BA0">
        <w:rPr>
          <w:rFonts w:ascii="Arial" w:hAnsi="Arial" w:cs="Arial"/>
        </w:rPr>
        <w:t>;</w:t>
      </w:r>
      <w:r w:rsidRPr="00435BA0">
        <w:rPr>
          <w:rFonts w:ascii="Arial" w:hAnsi="Arial" w:cs="Arial"/>
        </w:rPr>
        <w:br/>
        <w:t xml:space="preserve">- Motor </w:t>
      </w:r>
      <w:proofErr w:type="spellStart"/>
      <w:r w:rsidRPr="00435BA0">
        <w:rPr>
          <w:rFonts w:ascii="Arial" w:hAnsi="Arial" w:cs="Arial"/>
        </w:rPr>
        <w:t>sürücü</w:t>
      </w:r>
      <w:proofErr w:type="spellEnd"/>
      <w:r w:rsidRPr="00435BA0">
        <w:rPr>
          <w:rFonts w:ascii="Arial" w:hAnsi="Arial" w:cs="Arial"/>
        </w:rPr>
        <w:t xml:space="preserve"> (L298N </w:t>
      </w:r>
      <w:proofErr w:type="spellStart"/>
      <w:r w:rsidRPr="00435BA0">
        <w:rPr>
          <w:rFonts w:ascii="Arial" w:hAnsi="Arial" w:cs="Arial"/>
        </w:rPr>
        <w:t>və</w:t>
      </w:r>
      <w:proofErr w:type="spellEnd"/>
      <w:r w:rsidRPr="00435BA0">
        <w:rPr>
          <w:rFonts w:ascii="Arial" w:hAnsi="Arial" w:cs="Arial"/>
        </w:rPr>
        <w:t xml:space="preserve"> s.)</w:t>
      </w:r>
      <w:r w:rsidR="00435BA0" w:rsidRPr="00435BA0">
        <w:rPr>
          <w:rFonts w:ascii="Arial" w:hAnsi="Arial" w:cs="Arial"/>
        </w:rPr>
        <w:t>;</w:t>
      </w:r>
      <w:r w:rsidRPr="00435BA0">
        <w:rPr>
          <w:rFonts w:ascii="Arial" w:hAnsi="Arial" w:cs="Arial"/>
        </w:rPr>
        <w:br/>
        <w:t xml:space="preserve">- Bluetooth / RF </w:t>
      </w:r>
      <w:proofErr w:type="spellStart"/>
      <w:r w:rsidRPr="00435BA0">
        <w:rPr>
          <w:rFonts w:ascii="Arial" w:hAnsi="Arial" w:cs="Arial"/>
        </w:rPr>
        <w:t>modul</w:t>
      </w:r>
      <w:proofErr w:type="spellEnd"/>
      <w:r w:rsidRPr="00435BA0">
        <w:rPr>
          <w:rFonts w:ascii="Arial" w:hAnsi="Arial" w:cs="Arial"/>
        </w:rPr>
        <w:t xml:space="preserve"> (</w:t>
      </w:r>
      <w:proofErr w:type="spellStart"/>
      <w:r w:rsidRPr="00435BA0">
        <w:rPr>
          <w:rFonts w:ascii="Arial" w:hAnsi="Arial" w:cs="Arial"/>
        </w:rPr>
        <w:t>Flysky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və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ya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bənzər</w:t>
      </w:r>
      <w:proofErr w:type="spellEnd"/>
      <w:r w:rsidRPr="00435BA0">
        <w:rPr>
          <w:rFonts w:ascii="Arial" w:hAnsi="Arial" w:cs="Arial"/>
        </w:rPr>
        <w:t>)</w:t>
      </w:r>
      <w:r w:rsidR="00435BA0" w:rsidRPr="00435BA0">
        <w:rPr>
          <w:rFonts w:ascii="Arial" w:hAnsi="Arial" w:cs="Arial"/>
        </w:rPr>
        <w:t>;</w:t>
      </w:r>
      <w:r w:rsidRPr="00435BA0">
        <w:rPr>
          <w:rFonts w:ascii="Arial" w:hAnsi="Arial" w:cs="Arial"/>
        </w:rPr>
        <w:br/>
        <w:t xml:space="preserve">- 7.4V–11.1V Li-Po </w:t>
      </w:r>
      <w:proofErr w:type="spellStart"/>
      <w:r w:rsidRPr="00435BA0">
        <w:rPr>
          <w:rFonts w:ascii="Arial" w:hAnsi="Arial" w:cs="Arial"/>
        </w:rPr>
        <w:t>akkumulyator</w:t>
      </w:r>
      <w:proofErr w:type="spellEnd"/>
      <w:r w:rsidR="00435BA0" w:rsidRPr="00435BA0">
        <w:rPr>
          <w:rFonts w:ascii="Arial" w:hAnsi="Arial" w:cs="Arial"/>
        </w:rPr>
        <w:t>.</w:t>
      </w:r>
    </w:p>
    <w:p w14:paraId="6B3B67C3" w14:textId="3E5B880B" w:rsidR="005A3E32" w:rsidRPr="00435BA0" w:rsidRDefault="00E52275" w:rsidP="00CF34B5">
      <w:pPr>
        <w:ind w:left="720" w:hanging="720"/>
        <w:jc w:val="both"/>
        <w:rPr>
          <w:rFonts w:ascii="Arial" w:hAnsi="Arial" w:cs="Arial"/>
        </w:rPr>
      </w:pPr>
      <w:r w:rsidRPr="00435BA0">
        <w:rPr>
          <w:rFonts w:ascii="Arial" w:hAnsi="Arial" w:cs="Arial"/>
          <w:b/>
          <w:bCs/>
        </w:rPr>
        <w:t>3.</w:t>
      </w:r>
      <w:r w:rsidR="00F578A5" w:rsidRPr="00435BA0">
        <w:rPr>
          <w:rFonts w:ascii="Arial" w:hAnsi="Arial" w:cs="Arial"/>
          <w:b/>
          <w:bCs/>
        </w:rPr>
        <w:t>4</w:t>
      </w:r>
      <w:r w:rsidRPr="00435BA0">
        <w:rPr>
          <w:rFonts w:ascii="Arial" w:hAnsi="Arial" w:cs="Arial"/>
          <w:b/>
          <w:bCs/>
        </w:rPr>
        <w:t>.</w:t>
      </w:r>
      <w:r w:rsidR="00A73563" w:rsidRPr="00435BA0">
        <w:rPr>
          <w:rFonts w:ascii="Arial" w:hAnsi="Arial" w:cs="Arial"/>
        </w:rPr>
        <w:tab/>
      </w:r>
      <w:proofErr w:type="spellStart"/>
      <w:r w:rsidRPr="00435BA0">
        <w:rPr>
          <w:rFonts w:ascii="Arial" w:hAnsi="Arial" w:cs="Arial"/>
        </w:rPr>
        <w:t>Robotun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="00435BA0" w:rsidRPr="00435BA0">
        <w:rPr>
          <w:rFonts w:ascii="Arial" w:hAnsi="Arial" w:cs="Arial"/>
        </w:rPr>
        <w:t>dörd</w:t>
      </w:r>
      <w:proofErr w:type="spellEnd"/>
      <w:r w:rsidR="00664110" w:rsidRPr="00435BA0">
        <w:rPr>
          <w:rFonts w:ascii="Arial" w:hAnsi="Arial" w:cs="Arial"/>
        </w:rPr>
        <w:t xml:space="preserve"> </w:t>
      </w:r>
      <w:proofErr w:type="spellStart"/>
      <w:r w:rsidR="00664110" w:rsidRPr="00435BA0">
        <w:rPr>
          <w:rFonts w:ascii="Arial" w:hAnsi="Arial" w:cs="Arial"/>
        </w:rPr>
        <w:t>rakursdan</w:t>
      </w:r>
      <w:proofErr w:type="spellEnd"/>
      <w:r w:rsidR="00664110" w:rsidRPr="00435BA0">
        <w:rPr>
          <w:rFonts w:ascii="Arial" w:hAnsi="Arial" w:cs="Arial"/>
        </w:rPr>
        <w:t xml:space="preserve"> (</w:t>
      </w:r>
      <w:proofErr w:type="spellStart"/>
      <w:r w:rsidR="00664110" w:rsidRPr="00435BA0">
        <w:rPr>
          <w:rFonts w:ascii="Arial" w:hAnsi="Arial" w:cs="Arial"/>
        </w:rPr>
        <w:t>ön</w:t>
      </w:r>
      <w:proofErr w:type="spellEnd"/>
      <w:r w:rsidR="00664110" w:rsidRPr="00435BA0">
        <w:rPr>
          <w:rFonts w:ascii="Arial" w:hAnsi="Arial" w:cs="Arial"/>
        </w:rPr>
        <w:t xml:space="preserve">, </w:t>
      </w:r>
      <w:proofErr w:type="spellStart"/>
      <w:r w:rsidR="00664110" w:rsidRPr="00435BA0">
        <w:rPr>
          <w:rFonts w:ascii="Arial" w:hAnsi="Arial" w:cs="Arial"/>
        </w:rPr>
        <w:t>arxa</w:t>
      </w:r>
      <w:proofErr w:type="spellEnd"/>
      <w:r w:rsidR="00664110" w:rsidRPr="00435BA0">
        <w:rPr>
          <w:rFonts w:ascii="Arial" w:hAnsi="Arial" w:cs="Arial"/>
        </w:rPr>
        <w:t xml:space="preserve">, </w:t>
      </w:r>
      <w:proofErr w:type="spellStart"/>
      <w:r w:rsidR="00664110" w:rsidRPr="00435BA0">
        <w:rPr>
          <w:rFonts w:ascii="Arial" w:hAnsi="Arial" w:cs="Arial"/>
        </w:rPr>
        <w:t>üst</w:t>
      </w:r>
      <w:proofErr w:type="spellEnd"/>
      <w:r w:rsidR="00664110" w:rsidRPr="00435BA0">
        <w:rPr>
          <w:rFonts w:ascii="Arial" w:hAnsi="Arial" w:cs="Arial"/>
        </w:rPr>
        <w:t xml:space="preserve">, </w:t>
      </w:r>
      <w:proofErr w:type="spellStart"/>
      <w:r w:rsidR="00664110" w:rsidRPr="00435BA0">
        <w:rPr>
          <w:rFonts w:ascii="Arial" w:hAnsi="Arial" w:cs="Arial"/>
        </w:rPr>
        <w:t>yan</w:t>
      </w:r>
      <w:proofErr w:type="spellEnd"/>
      <w:r w:rsidR="00664110" w:rsidRPr="00435BA0">
        <w:rPr>
          <w:rFonts w:ascii="Arial" w:hAnsi="Arial" w:cs="Arial"/>
        </w:rPr>
        <w:t>)</w:t>
      </w:r>
      <w:r w:rsidRPr="00435BA0">
        <w:rPr>
          <w:rFonts w:ascii="Arial" w:hAnsi="Arial" w:cs="Arial"/>
        </w:rPr>
        <w:t xml:space="preserve"> </w:t>
      </w:r>
      <w:proofErr w:type="spellStart"/>
      <w:r w:rsidR="00664110" w:rsidRPr="00435BA0">
        <w:rPr>
          <w:rFonts w:ascii="Arial" w:hAnsi="Arial" w:cs="Arial"/>
        </w:rPr>
        <w:t>fotoları</w:t>
      </w:r>
      <w:proofErr w:type="spellEnd"/>
      <w:r w:rsidR="00664110" w:rsidRPr="00435BA0">
        <w:rPr>
          <w:rFonts w:ascii="Arial" w:hAnsi="Arial" w:cs="Arial"/>
        </w:rPr>
        <w:t xml:space="preserve">. (Robot tam </w:t>
      </w:r>
      <w:proofErr w:type="spellStart"/>
      <w:r w:rsidR="00664110" w:rsidRPr="00435BA0">
        <w:rPr>
          <w:rFonts w:ascii="Arial" w:hAnsi="Arial" w:cs="Arial"/>
        </w:rPr>
        <w:t>olaraq</w:t>
      </w:r>
      <w:proofErr w:type="spellEnd"/>
      <w:r w:rsidR="00A73563" w:rsidRPr="00435BA0">
        <w:rPr>
          <w:rFonts w:ascii="Arial" w:hAnsi="Arial" w:cs="Arial"/>
        </w:rPr>
        <w:t xml:space="preserve"> </w:t>
      </w:r>
      <w:proofErr w:type="spellStart"/>
      <w:r w:rsidR="00664110" w:rsidRPr="00435BA0">
        <w:rPr>
          <w:rFonts w:ascii="Arial" w:hAnsi="Arial" w:cs="Arial"/>
        </w:rPr>
        <w:t>komandanın</w:t>
      </w:r>
      <w:proofErr w:type="spellEnd"/>
      <w:r w:rsidR="00664110" w:rsidRPr="00435BA0">
        <w:rPr>
          <w:rFonts w:ascii="Arial" w:hAnsi="Arial" w:cs="Arial"/>
        </w:rPr>
        <w:t xml:space="preserve"> </w:t>
      </w:r>
      <w:proofErr w:type="spellStart"/>
      <w:r w:rsidR="00664110" w:rsidRPr="00435BA0">
        <w:rPr>
          <w:rFonts w:ascii="Arial" w:hAnsi="Arial" w:cs="Arial"/>
        </w:rPr>
        <w:t>dizaynı</w:t>
      </w:r>
      <w:proofErr w:type="spellEnd"/>
      <w:r w:rsidR="00664110" w:rsidRPr="00435BA0">
        <w:rPr>
          <w:rFonts w:ascii="Arial" w:hAnsi="Arial" w:cs="Arial"/>
        </w:rPr>
        <w:t xml:space="preserve"> </w:t>
      </w:r>
      <w:proofErr w:type="spellStart"/>
      <w:r w:rsidR="00664110" w:rsidRPr="00435BA0">
        <w:rPr>
          <w:rFonts w:ascii="Arial" w:hAnsi="Arial" w:cs="Arial"/>
        </w:rPr>
        <w:t>əsasında</w:t>
      </w:r>
      <w:proofErr w:type="spellEnd"/>
      <w:r w:rsidR="00664110" w:rsidRPr="00435BA0">
        <w:rPr>
          <w:rFonts w:ascii="Arial" w:hAnsi="Arial" w:cs="Arial"/>
        </w:rPr>
        <w:t xml:space="preserve"> </w:t>
      </w:r>
      <w:proofErr w:type="spellStart"/>
      <w:r w:rsidR="00664110" w:rsidRPr="00435BA0">
        <w:rPr>
          <w:rFonts w:ascii="Arial" w:hAnsi="Arial" w:cs="Arial"/>
        </w:rPr>
        <w:t>hazırlanmışdırsa</w:t>
      </w:r>
      <w:proofErr w:type="spellEnd"/>
      <w:r w:rsidRPr="00435BA0">
        <w:rPr>
          <w:rFonts w:ascii="Arial" w:hAnsi="Arial" w:cs="Arial"/>
        </w:rPr>
        <w:t xml:space="preserve"> 3D/CNC </w:t>
      </w:r>
      <w:proofErr w:type="spellStart"/>
      <w:r w:rsidRPr="00435BA0">
        <w:rPr>
          <w:rFonts w:ascii="Arial" w:hAnsi="Arial" w:cs="Arial"/>
        </w:rPr>
        <w:t>hissələrinin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görüntüləri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və</w:t>
      </w:r>
      <w:proofErr w:type="spellEnd"/>
      <w:r w:rsidRPr="00435BA0">
        <w:rPr>
          <w:rFonts w:ascii="Arial" w:hAnsi="Arial" w:cs="Arial"/>
        </w:rPr>
        <w:t xml:space="preserve"> </w:t>
      </w:r>
      <w:proofErr w:type="spellStart"/>
      <w:r w:rsidRPr="00435BA0">
        <w:rPr>
          <w:rFonts w:ascii="Arial" w:hAnsi="Arial" w:cs="Arial"/>
        </w:rPr>
        <w:t>fotolar</w:t>
      </w:r>
      <w:r w:rsidR="00664110" w:rsidRPr="00435BA0">
        <w:rPr>
          <w:rFonts w:ascii="Arial" w:hAnsi="Arial" w:cs="Arial"/>
        </w:rPr>
        <w:t>ı</w:t>
      </w:r>
      <w:proofErr w:type="spellEnd"/>
      <w:r w:rsidR="00664110" w:rsidRPr="00435BA0">
        <w:rPr>
          <w:rFonts w:ascii="Arial" w:hAnsi="Arial" w:cs="Arial"/>
        </w:rPr>
        <w:t>).</w:t>
      </w:r>
    </w:p>
    <w:p w14:paraId="6108816C" w14:textId="4BDB4B1F" w:rsidR="005A3E32" w:rsidRDefault="00435BA0" w:rsidP="00DC4BAB">
      <w:pPr>
        <w:pStyle w:val="1"/>
        <w:numPr>
          <w:ilvl w:val="0"/>
          <w:numId w:val="13"/>
        </w:numPr>
        <w:jc w:val="center"/>
        <w:rPr>
          <w:rFonts w:ascii="Arial" w:hAnsi="Arial" w:cs="Arial"/>
          <w:sz w:val="32"/>
          <w:szCs w:val="32"/>
        </w:rPr>
      </w:pPr>
      <w:r w:rsidRPr="00435BA0">
        <w:rPr>
          <w:rFonts w:ascii="Arial" w:hAnsi="Arial" w:cs="Arial"/>
          <w:sz w:val="32"/>
          <w:szCs w:val="32"/>
        </w:rPr>
        <w:t>V</w:t>
      </w:r>
      <w:r>
        <w:rPr>
          <w:rFonts w:ascii="Arial" w:hAnsi="Arial" w:cs="Arial"/>
          <w:sz w:val="32"/>
          <w:szCs w:val="32"/>
        </w:rPr>
        <w:t>İ</w:t>
      </w:r>
      <w:r w:rsidRPr="00435BA0">
        <w:rPr>
          <w:rFonts w:ascii="Arial" w:hAnsi="Arial" w:cs="Arial"/>
          <w:sz w:val="32"/>
          <w:szCs w:val="32"/>
        </w:rPr>
        <w:t>DEOÇARX TƏLƏBLƏR</w:t>
      </w:r>
      <w:r>
        <w:rPr>
          <w:rFonts w:ascii="Arial" w:hAnsi="Arial" w:cs="Arial"/>
          <w:sz w:val="32"/>
          <w:szCs w:val="32"/>
        </w:rPr>
        <w:t>İ</w:t>
      </w:r>
    </w:p>
    <w:p w14:paraId="003757AB" w14:textId="21C5E4AB" w:rsidR="00EF7632" w:rsidRPr="00EF7632" w:rsidRDefault="00EF7632" w:rsidP="00EF7632">
      <w:pPr>
        <w:ind w:left="709" w:hanging="709"/>
      </w:pPr>
      <w:r w:rsidRPr="00EF7632">
        <w:rPr>
          <w:rFonts w:ascii="Arial" w:hAnsi="Arial" w:cs="Arial"/>
          <w:b/>
          <w:bCs/>
        </w:rPr>
        <w:t>4.1.</w:t>
      </w:r>
      <w:r w:rsidRPr="00EF763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 </w:t>
      </w:r>
      <w:proofErr w:type="spellStart"/>
      <w:r w:rsidRPr="00EF7632">
        <w:rPr>
          <w:rFonts w:ascii="Arial" w:hAnsi="Arial" w:cs="Arial"/>
        </w:rPr>
        <w:t>Komandalar</w:t>
      </w:r>
      <w:proofErr w:type="spellEnd"/>
      <w:r w:rsidRPr="00EF7632">
        <w:rPr>
          <w:rFonts w:ascii="Arial" w:hAnsi="Arial" w:cs="Arial"/>
        </w:rPr>
        <w:t xml:space="preserve"> </w:t>
      </w:r>
      <w:proofErr w:type="spellStart"/>
      <w:r w:rsidRPr="00EF7632">
        <w:rPr>
          <w:rFonts w:ascii="Arial" w:hAnsi="Arial" w:cs="Arial"/>
        </w:rPr>
        <w:t>robotlarının</w:t>
      </w:r>
      <w:proofErr w:type="spellEnd"/>
      <w:r w:rsidRPr="00EF7632">
        <w:rPr>
          <w:rFonts w:ascii="Arial" w:hAnsi="Arial" w:cs="Arial"/>
        </w:rPr>
        <w:t xml:space="preserve"> </w:t>
      </w:r>
      <w:proofErr w:type="spellStart"/>
      <w:r w:rsidRPr="00EF7632">
        <w:rPr>
          <w:rFonts w:ascii="Arial" w:hAnsi="Arial" w:cs="Arial"/>
        </w:rPr>
        <w:t>hazırlanma</w:t>
      </w:r>
      <w:proofErr w:type="spellEnd"/>
      <w:r w:rsidRPr="00EF7632">
        <w:rPr>
          <w:rFonts w:ascii="Arial" w:hAnsi="Arial" w:cs="Arial"/>
        </w:rPr>
        <w:t xml:space="preserve"> </w:t>
      </w:r>
      <w:proofErr w:type="spellStart"/>
      <w:r w:rsidRPr="00EF7632">
        <w:rPr>
          <w:rFonts w:ascii="Arial" w:hAnsi="Arial" w:cs="Arial"/>
        </w:rPr>
        <w:t>mərhələsini</w:t>
      </w:r>
      <w:proofErr w:type="spellEnd"/>
      <w:r w:rsidRPr="00EF7632">
        <w:rPr>
          <w:rFonts w:ascii="Arial" w:hAnsi="Arial" w:cs="Arial"/>
        </w:rPr>
        <w:t xml:space="preserve"> </w:t>
      </w:r>
      <w:proofErr w:type="spellStart"/>
      <w:r w:rsidRPr="00EF7632">
        <w:rPr>
          <w:rFonts w:ascii="Arial" w:hAnsi="Arial" w:cs="Arial"/>
        </w:rPr>
        <w:t>və</w:t>
      </w:r>
      <w:proofErr w:type="spellEnd"/>
      <w:r w:rsidRPr="00EF7632">
        <w:rPr>
          <w:rFonts w:ascii="Arial" w:hAnsi="Arial" w:cs="Arial"/>
        </w:rPr>
        <w:t xml:space="preserve"> </w:t>
      </w:r>
      <w:proofErr w:type="spellStart"/>
      <w:r w:rsidRPr="00EF7632">
        <w:rPr>
          <w:rFonts w:ascii="Arial" w:hAnsi="Arial" w:cs="Arial"/>
        </w:rPr>
        <w:t>texniki</w:t>
      </w:r>
      <w:proofErr w:type="spellEnd"/>
      <w:r w:rsidRPr="00EF7632">
        <w:rPr>
          <w:rFonts w:ascii="Arial" w:hAnsi="Arial" w:cs="Arial"/>
        </w:rPr>
        <w:t xml:space="preserve"> </w:t>
      </w:r>
      <w:proofErr w:type="spellStart"/>
      <w:r w:rsidRPr="00EF7632">
        <w:rPr>
          <w:rFonts w:ascii="Arial" w:hAnsi="Arial" w:cs="Arial"/>
        </w:rPr>
        <w:t>imkanlarını</w:t>
      </w:r>
      <w:proofErr w:type="spellEnd"/>
      <w:r w:rsidRPr="00EF7632">
        <w:rPr>
          <w:rFonts w:ascii="Arial" w:hAnsi="Arial" w:cs="Arial"/>
        </w:rPr>
        <w:t xml:space="preserve"> </w:t>
      </w:r>
      <w:proofErr w:type="spellStart"/>
      <w:r w:rsidRPr="00EF7632">
        <w:rPr>
          <w:rFonts w:ascii="Arial" w:hAnsi="Arial" w:cs="Arial"/>
        </w:rPr>
        <w:t>ək</w:t>
      </w:r>
      <w:r>
        <w:rPr>
          <w:rFonts w:ascii="Arial" w:hAnsi="Arial" w:cs="Arial"/>
        </w:rPr>
        <w:t>s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EF7632">
        <w:rPr>
          <w:rFonts w:ascii="Arial" w:hAnsi="Arial" w:cs="Arial"/>
        </w:rPr>
        <w:t>etdirən</w:t>
      </w:r>
      <w:proofErr w:type="spellEnd"/>
      <w:r w:rsidRPr="00EF7632">
        <w:rPr>
          <w:rFonts w:ascii="Arial" w:hAnsi="Arial" w:cs="Arial"/>
        </w:rPr>
        <w:t xml:space="preserve"> </w:t>
      </w:r>
      <w:proofErr w:type="spellStart"/>
      <w:r w:rsidRPr="00EF7632">
        <w:rPr>
          <w:rFonts w:ascii="Arial" w:hAnsi="Arial" w:cs="Arial"/>
        </w:rPr>
        <w:t>maksimum</w:t>
      </w:r>
      <w:proofErr w:type="spellEnd"/>
      <w:r w:rsidRPr="00EF7632">
        <w:rPr>
          <w:rFonts w:ascii="Arial" w:hAnsi="Arial" w:cs="Arial"/>
        </w:rPr>
        <w:t xml:space="preserve"> 180 </w:t>
      </w:r>
      <w:proofErr w:type="spellStart"/>
      <w:r w:rsidRPr="00EF7632">
        <w:rPr>
          <w:rFonts w:ascii="Arial" w:hAnsi="Arial" w:cs="Arial"/>
        </w:rPr>
        <w:t>saniyəlik</w:t>
      </w:r>
      <w:proofErr w:type="spellEnd"/>
      <w:r w:rsidRPr="00EF7632">
        <w:rPr>
          <w:rFonts w:ascii="Arial" w:hAnsi="Arial" w:cs="Arial"/>
        </w:rPr>
        <w:t xml:space="preserve"> </w:t>
      </w:r>
      <w:proofErr w:type="spellStart"/>
      <w:r w:rsidRPr="00EF7632">
        <w:rPr>
          <w:rFonts w:ascii="Arial" w:hAnsi="Arial" w:cs="Arial"/>
        </w:rPr>
        <w:t>videoçarx</w:t>
      </w:r>
      <w:proofErr w:type="spellEnd"/>
      <w:r w:rsidRPr="00EF7632">
        <w:rPr>
          <w:rFonts w:ascii="Arial" w:hAnsi="Arial" w:cs="Arial"/>
        </w:rPr>
        <w:t xml:space="preserve"> </w:t>
      </w:r>
      <w:proofErr w:type="spellStart"/>
      <w:r w:rsidRPr="00EF7632">
        <w:rPr>
          <w:rFonts w:ascii="Arial" w:hAnsi="Arial" w:cs="Arial"/>
        </w:rPr>
        <w:t>hazırlamalıdırlar</w:t>
      </w:r>
      <w:proofErr w:type="spellEnd"/>
      <w:r w:rsidRPr="00EF7632">
        <w:rPr>
          <w:rFonts w:ascii="Arial" w:hAnsi="Arial" w:cs="Arial"/>
        </w:rPr>
        <w:t xml:space="preserve">. </w:t>
      </w:r>
      <w:proofErr w:type="spellStart"/>
      <w:r w:rsidRPr="00EF7632">
        <w:rPr>
          <w:rFonts w:ascii="Arial" w:hAnsi="Arial" w:cs="Arial"/>
        </w:rPr>
        <w:t>Videoçarxda</w:t>
      </w:r>
      <w:proofErr w:type="spellEnd"/>
      <w:r w:rsidRPr="00EF7632">
        <w:rPr>
          <w:rFonts w:ascii="Arial" w:hAnsi="Arial" w:cs="Arial"/>
        </w:rPr>
        <w:t xml:space="preserve"> </w:t>
      </w:r>
      <w:proofErr w:type="spellStart"/>
      <w:r w:rsidRPr="00EF7632">
        <w:rPr>
          <w:rFonts w:ascii="Arial" w:hAnsi="Arial" w:cs="Arial"/>
        </w:rPr>
        <w:t>aşağıdakı</w:t>
      </w:r>
      <w:proofErr w:type="spellEnd"/>
      <w:r w:rsidRPr="00EF7632">
        <w:rPr>
          <w:rFonts w:ascii="Arial" w:hAnsi="Arial" w:cs="Arial"/>
        </w:rPr>
        <w:t xml:space="preserve"> </w:t>
      </w:r>
      <w:proofErr w:type="spellStart"/>
      <w:r w:rsidRPr="00EF7632">
        <w:rPr>
          <w:rFonts w:ascii="Arial" w:hAnsi="Arial" w:cs="Arial"/>
        </w:rPr>
        <w:t>tələblər</w:t>
      </w:r>
      <w:proofErr w:type="spellEnd"/>
      <w:r w:rsidRPr="00EF7632">
        <w:rPr>
          <w:rFonts w:ascii="Arial" w:hAnsi="Arial" w:cs="Arial"/>
        </w:rPr>
        <w:t xml:space="preserve"> </w:t>
      </w:r>
      <w:proofErr w:type="spellStart"/>
      <w:r w:rsidRPr="00EF7632">
        <w:rPr>
          <w:rFonts w:ascii="Arial" w:hAnsi="Arial" w:cs="Arial"/>
        </w:rPr>
        <w:t>öz</w:t>
      </w:r>
      <w:proofErr w:type="spellEnd"/>
      <w:r w:rsidRPr="00EF7632">
        <w:rPr>
          <w:rFonts w:ascii="Arial" w:hAnsi="Arial" w:cs="Arial"/>
        </w:rPr>
        <w:t xml:space="preserve"> </w:t>
      </w:r>
      <w:proofErr w:type="spellStart"/>
      <w:r w:rsidRPr="00EF7632">
        <w:rPr>
          <w:rFonts w:ascii="Arial" w:hAnsi="Arial" w:cs="Arial"/>
        </w:rPr>
        <w:t>əksini</w:t>
      </w:r>
      <w:proofErr w:type="spellEnd"/>
      <w:r w:rsidRPr="00EF7632">
        <w:rPr>
          <w:rFonts w:ascii="Arial" w:hAnsi="Arial" w:cs="Arial"/>
        </w:rPr>
        <w:t xml:space="preserve"> </w:t>
      </w:r>
      <w:proofErr w:type="spellStart"/>
      <w:r w:rsidRPr="00EF7632">
        <w:rPr>
          <w:rFonts w:ascii="Arial" w:hAnsi="Arial" w:cs="Arial"/>
        </w:rPr>
        <w:t>tapmalıdır</w:t>
      </w:r>
      <w:proofErr w:type="spellEnd"/>
      <w:r w:rsidRPr="00EF7632">
        <w:rPr>
          <w:rFonts w:ascii="Arial" w:hAnsi="Arial" w:cs="Arial"/>
        </w:rPr>
        <w:t>:</w:t>
      </w:r>
    </w:p>
    <w:p w14:paraId="301F7010" w14:textId="5F593072" w:rsidR="00EF7632" w:rsidRPr="00EF7632" w:rsidRDefault="00E52275" w:rsidP="00EF7632">
      <w:pPr>
        <w:pStyle w:val="ae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proofErr w:type="spellStart"/>
      <w:r w:rsidRPr="00EF7632">
        <w:rPr>
          <w:rFonts w:ascii="Arial" w:hAnsi="Arial" w:cs="Arial"/>
        </w:rPr>
        <w:t>Robotun</w:t>
      </w:r>
      <w:proofErr w:type="spellEnd"/>
      <w:r w:rsidRPr="00EF7632">
        <w:rPr>
          <w:rFonts w:ascii="Arial" w:hAnsi="Arial" w:cs="Arial"/>
        </w:rPr>
        <w:t xml:space="preserve"> </w:t>
      </w:r>
      <w:proofErr w:type="spellStart"/>
      <w:r w:rsidRPr="00EF7632">
        <w:rPr>
          <w:rFonts w:ascii="Arial" w:hAnsi="Arial" w:cs="Arial"/>
        </w:rPr>
        <w:t>hazırlanma</w:t>
      </w:r>
      <w:proofErr w:type="spellEnd"/>
      <w:r w:rsidRPr="00EF7632">
        <w:rPr>
          <w:rFonts w:ascii="Arial" w:hAnsi="Arial" w:cs="Arial"/>
        </w:rPr>
        <w:t xml:space="preserve"> </w:t>
      </w:r>
      <w:proofErr w:type="spellStart"/>
      <w:r w:rsidRPr="00EF7632">
        <w:rPr>
          <w:rFonts w:ascii="Arial" w:hAnsi="Arial" w:cs="Arial"/>
        </w:rPr>
        <w:t>prosesi</w:t>
      </w:r>
      <w:r w:rsidR="001E1788" w:rsidRPr="00EF7632">
        <w:rPr>
          <w:rFonts w:ascii="Arial" w:hAnsi="Arial" w:cs="Arial"/>
        </w:rPr>
        <w:t>nin</w:t>
      </w:r>
      <w:proofErr w:type="spellEnd"/>
      <w:r w:rsidRPr="00EF7632">
        <w:rPr>
          <w:rFonts w:ascii="Arial" w:hAnsi="Arial" w:cs="Arial"/>
        </w:rPr>
        <w:t xml:space="preserve"> </w:t>
      </w:r>
      <w:proofErr w:type="spellStart"/>
      <w:r w:rsidRPr="00EF7632">
        <w:rPr>
          <w:rFonts w:ascii="Arial" w:hAnsi="Arial" w:cs="Arial"/>
        </w:rPr>
        <w:t>mərhələləri</w:t>
      </w:r>
      <w:proofErr w:type="spellEnd"/>
      <w:r w:rsidR="001E1788" w:rsidRPr="00EF7632">
        <w:rPr>
          <w:rFonts w:ascii="Arial" w:hAnsi="Arial" w:cs="Arial"/>
        </w:rPr>
        <w:t xml:space="preserve"> (60 </w:t>
      </w:r>
      <w:proofErr w:type="spellStart"/>
      <w:r w:rsidR="001E1788" w:rsidRPr="00EF7632">
        <w:rPr>
          <w:rFonts w:ascii="Arial" w:hAnsi="Arial" w:cs="Arial"/>
        </w:rPr>
        <w:t>san</w:t>
      </w:r>
      <w:proofErr w:type="spellEnd"/>
      <w:r w:rsidR="001E1788" w:rsidRPr="00EF7632">
        <w:rPr>
          <w:rFonts w:ascii="Arial" w:hAnsi="Arial" w:cs="Arial"/>
        </w:rPr>
        <w:t xml:space="preserve">. </w:t>
      </w:r>
      <w:proofErr w:type="spellStart"/>
      <w:r w:rsidR="001E1788" w:rsidRPr="00EF7632">
        <w:rPr>
          <w:rFonts w:ascii="Arial" w:hAnsi="Arial" w:cs="Arial"/>
        </w:rPr>
        <w:t>maksimum</w:t>
      </w:r>
      <w:proofErr w:type="spellEnd"/>
      <w:r w:rsidR="001E1788" w:rsidRPr="00EF7632">
        <w:rPr>
          <w:rFonts w:ascii="Arial" w:hAnsi="Arial" w:cs="Arial"/>
        </w:rPr>
        <w:t>)</w:t>
      </w:r>
      <w:r w:rsidR="00EF7632">
        <w:rPr>
          <w:rFonts w:ascii="Arial" w:hAnsi="Arial" w:cs="Arial"/>
          <w:lang w:val="en-GB"/>
        </w:rPr>
        <w:t>;</w:t>
      </w:r>
    </w:p>
    <w:p w14:paraId="2BDFF5B1" w14:textId="7BA4604C" w:rsidR="00EF7632" w:rsidRPr="00EF7632" w:rsidRDefault="00E52275" w:rsidP="00EF7632">
      <w:pPr>
        <w:pStyle w:val="ae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proofErr w:type="spellStart"/>
      <w:r w:rsidRPr="00EF7632">
        <w:rPr>
          <w:rFonts w:ascii="Arial" w:hAnsi="Arial" w:cs="Arial"/>
        </w:rPr>
        <w:t>Komanda</w:t>
      </w:r>
      <w:proofErr w:type="spellEnd"/>
      <w:r w:rsidRPr="00EF7632">
        <w:rPr>
          <w:rFonts w:ascii="Arial" w:hAnsi="Arial" w:cs="Arial"/>
        </w:rPr>
        <w:t xml:space="preserve"> </w:t>
      </w:r>
      <w:proofErr w:type="spellStart"/>
      <w:r w:rsidRPr="00EF7632">
        <w:rPr>
          <w:rFonts w:ascii="Arial" w:hAnsi="Arial" w:cs="Arial"/>
        </w:rPr>
        <w:t>üzvlərinin</w:t>
      </w:r>
      <w:proofErr w:type="spellEnd"/>
      <w:r w:rsidR="001E1788" w:rsidRPr="00EF7632">
        <w:rPr>
          <w:rFonts w:ascii="Arial" w:hAnsi="Arial" w:cs="Arial"/>
        </w:rPr>
        <w:t xml:space="preserve"> </w:t>
      </w:r>
      <w:proofErr w:type="spellStart"/>
      <w:r w:rsidR="001E1788" w:rsidRPr="00EF7632">
        <w:rPr>
          <w:rFonts w:ascii="Arial" w:hAnsi="Arial" w:cs="Arial"/>
        </w:rPr>
        <w:t>texniki</w:t>
      </w:r>
      <w:proofErr w:type="spellEnd"/>
      <w:r w:rsidR="001E1788" w:rsidRPr="00EF7632">
        <w:rPr>
          <w:rFonts w:ascii="Arial" w:hAnsi="Arial" w:cs="Arial"/>
        </w:rPr>
        <w:t xml:space="preserve"> </w:t>
      </w:r>
      <w:proofErr w:type="spellStart"/>
      <w:r w:rsidR="001E1788" w:rsidRPr="00EF7632">
        <w:rPr>
          <w:rFonts w:ascii="Arial" w:hAnsi="Arial" w:cs="Arial"/>
        </w:rPr>
        <w:t>detalları</w:t>
      </w:r>
      <w:proofErr w:type="spellEnd"/>
      <w:r w:rsidR="001E1788" w:rsidRPr="00EF7632">
        <w:rPr>
          <w:rFonts w:ascii="Arial" w:hAnsi="Arial" w:cs="Arial"/>
        </w:rPr>
        <w:t xml:space="preserve"> </w:t>
      </w:r>
      <w:proofErr w:type="spellStart"/>
      <w:r w:rsidR="001E1788" w:rsidRPr="00EF7632">
        <w:rPr>
          <w:rFonts w:ascii="Arial" w:hAnsi="Arial" w:cs="Arial"/>
        </w:rPr>
        <w:t>haqqında</w:t>
      </w:r>
      <w:proofErr w:type="spellEnd"/>
      <w:r w:rsidR="001E1788" w:rsidRPr="00EF7632">
        <w:rPr>
          <w:rFonts w:ascii="Arial" w:hAnsi="Arial" w:cs="Arial"/>
        </w:rPr>
        <w:t xml:space="preserve"> </w:t>
      </w:r>
      <w:proofErr w:type="spellStart"/>
      <w:r w:rsidR="001E1788" w:rsidRPr="00EF7632">
        <w:rPr>
          <w:rFonts w:ascii="Arial" w:hAnsi="Arial" w:cs="Arial"/>
        </w:rPr>
        <w:t>izahları</w:t>
      </w:r>
      <w:proofErr w:type="spellEnd"/>
      <w:r w:rsidR="001E1788" w:rsidRPr="00EF7632">
        <w:rPr>
          <w:rFonts w:ascii="Arial" w:hAnsi="Arial" w:cs="Arial"/>
        </w:rPr>
        <w:t xml:space="preserve"> (90 </w:t>
      </w:r>
      <w:proofErr w:type="spellStart"/>
      <w:r w:rsidR="001E1788" w:rsidRPr="00EF7632">
        <w:rPr>
          <w:rFonts w:ascii="Arial" w:hAnsi="Arial" w:cs="Arial"/>
        </w:rPr>
        <w:t>san</w:t>
      </w:r>
      <w:proofErr w:type="spellEnd"/>
      <w:r w:rsidR="001E1788" w:rsidRPr="00EF7632">
        <w:rPr>
          <w:rFonts w:ascii="Arial" w:hAnsi="Arial" w:cs="Arial"/>
        </w:rPr>
        <w:t xml:space="preserve">. </w:t>
      </w:r>
      <w:proofErr w:type="spellStart"/>
      <w:r w:rsidR="001E1788" w:rsidRPr="00EF7632">
        <w:rPr>
          <w:rFonts w:ascii="Arial" w:hAnsi="Arial" w:cs="Arial"/>
        </w:rPr>
        <w:t>maksimum</w:t>
      </w:r>
      <w:proofErr w:type="spellEnd"/>
      <w:r w:rsidR="001E1788" w:rsidRPr="00EF7632">
        <w:rPr>
          <w:rFonts w:ascii="Arial" w:hAnsi="Arial" w:cs="Arial"/>
        </w:rPr>
        <w:t>)</w:t>
      </w:r>
      <w:r w:rsidR="00EF7632">
        <w:rPr>
          <w:rFonts w:ascii="Arial" w:hAnsi="Arial" w:cs="Arial"/>
        </w:rPr>
        <w:t>;</w:t>
      </w:r>
    </w:p>
    <w:p w14:paraId="2C33B1E9" w14:textId="6C0F5079" w:rsidR="00EF7632" w:rsidRPr="00EF7632" w:rsidRDefault="00E52275" w:rsidP="00EF7632">
      <w:pPr>
        <w:pStyle w:val="ae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proofErr w:type="spellStart"/>
      <w:r w:rsidRPr="00EF7632">
        <w:rPr>
          <w:rFonts w:ascii="Arial" w:hAnsi="Arial" w:cs="Arial"/>
        </w:rPr>
        <w:t>Robotun</w:t>
      </w:r>
      <w:proofErr w:type="spellEnd"/>
      <w:r w:rsidRPr="00EF7632">
        <w:rPr>
          <w:rFonts w:ascii="Arial" w:hAnsi="Arial" w:cs="Arial"/>
        </w:rPr>
        <w:t xml:space="preserve"> real </w:t>
      </w:r>
      <w:proofErr w:type="spellStart"/>
      <w:r w:rsidRPr="00EF7632">
        <w:rPr>
          <w:rFonts w:ascii="Arial" w:hAnsi="Arial" w:cs="Arial"/>
        </w:rPr>
        <w:t>sahədə</w:t>
      </w:r>
      <w:proofErr w:type="spellEnd"/>
      <w:r w:rsidRPr="00EF7632">
        <w:rPr>
          <w:rFonts w:ascii="Arial" w:hAnsi="Arial" w:cs="Arial"/>
        </w:rPr>
        <w:t xml:space="preserve"> </w:t>
      </w:r>
      <w:proofErr w:type="spellStart"/>
      <w:r w:rsidRPr="00EF7632">
        <w:rPr>
          <w:rFonts w:ascii="Arial" w:hAnsi="Arial" w:cs="Arial"/>
        </w:rPr>
        <w:t>hərəkəti</w:t>
      </w:r>
      <w:proofErr w:type="spellEnd"/>
      <w:r w:rsidRPr="00EF7632">
        <w:rPr>
          <w:rFonts w:ascii="Arial" w:hAnsi="Arial" w:cs="Arial"/>
        </w:rPr>
        <w:t xml:space="preserve"> (</w:t>
      </w:r>
      <w:proofErr w:type="spellStart"/>
      <w:r w:rsidRPr="00EF7632">
        <w:rPr>
          <w:rFonts w:ascii="Arial" w:hAnsi="Arial" w:cs="Arial"/>
        </w:rPr>
        <w:t>irəli</w:t>
      </w:r>
      <w:proofErr w:type="spellEnd"/>
      <w:r w:rsidRPr="00EF7632">
        <w:rPr>
          <w:rFonts w:ascii="Arial" w:hAnsi="Arial" w:cs="Arial"/>
        </w:rPr>
        <w:t xml:space="preserve">, </w:t>
      </w:r>
      <w:proofErr w:type="spellStart"/>
      <w:r w:rsidRPr="00EF7632">
        <w:rPr>
          <w:rFonts w:ascii="Arial" w:hAnsi="Arial" w:cs="Arial"/>
        </w:rPr>
        <w:t>geri</w:t>
      </w:r>
      <w:proofErr w:type="spellEnd"/>
      <w:r w:rsidRPr="00EF7632">
        <w:rPr>
          <w:rFonts w:ascii="Arial" w:hAnsi="Arial" w:cs="Arial"/>
        </w:rPr>
        <w:t xml:space="preserve">, </w:t>
      </w:r>
      <w:proofErr w:type="spellStart"/>
      <w:r w:rsidRPr="00EF7632">
        <w:rPr>
          <w:rFonts w:ascii="Arial" w:hAnsi="Arial" w:cs="Arial"/>
        </w:rPr>
        <w:t>dönmə</w:t>
      </w:r>
      <w:proofErr w:type="spellEnd"/>
      <w:r w:rsidRPr="00EF7632">
        <w:rPr>
          <w:rFonts w:ascii="Arial" w:hAnsi="Arial" w:cs="Arial"/>
        </w:rPr>
        <w:t xml:space="preserve"> </w:t>
      </w:r>
      <w:proofErr w:type="spellStart"/>
      <w:r w:rsidRPr="00EF7632">
        <w:rPr>
          <w:rFonts w:ascii="Arial" w:hAnsi="Arial" w:cs="Arial"/>
        </w:rPr>
        <w:t>və</w:t>
      </w:r>
      <w:proofErr w:type="spellEnd"/>
      <w:r w:rsidRPr="00EF7632">
        <w:rPr>
          <w:rFonts w:ascii="Arial" w:hAnsi="Arial" w:cs="Arial"/>
        </w:rPr>
        <w:t xml:space="preserve"> s.)</w:t>
      </w:r>
      <w:r w:rsidR="001E1788" w:rsidRPr="00EF7632">
        <w:rPr>
          <w:rFonts w:ascii="Arial" w:hAnsi="Arial" w:cs="Arial"/>
        </w:rPr>
        <w:t xml:space="preserve"> (15 </w:t>
      </w:r>
      <w:proofErr w:type="spellStart"/>
      <w:r w:rsidR="001E1788" w:rsidRPr="00EF7632">
        <w:rPr>
          <w:rFonts w:ascii="Arial" w:hAnsi="Arial" w:cs="Arial"/>
        </w:rPr>
        <w:t>san</w:t>
      </w:r>
      <w:proofErr w:type="spellEnd"/>
      <w:r w:rsidR="001E1788" w:rsidRPr="00EF7632">
        <w:rPr>
          <w:rFonts w:ascii="Arial" w:hAnsi="Arial" w:cs="Arial"/>
        </w:rPr>
        <w:t xml:space="preserve">. </w:t>
      </w:r>
      <w:proofErr w:type="spellStart"/>
      <w:r w:rsidR="001E1788" w:rsidRPr="00EF7632">
        <w:rPr>
          <w:rFonts w:ascii="Arial" w:hAnsi="Arial" w:cs="Arial"/>
        </w:rPr>
        <w:t>maksimum</w:t>
      </w:r>
      <w:proofErr w:type="spellEnd"/>
      <w:r w:rsidR="001E1788" w:rsidRPr="00EF7632">
        <w:rPr>
          <w:rFonts w:ascii="Arial" w:hAnsi="Arial" w:cs="Arial"/>
        </w:rPr>
        <w:t>)</w:t>
      </w:r>
      <w:r w:rsidR="00EF7632">
        <w:rPr>
          <w:rFonts w:ascii="Arial" w:hAnsi="Arial" w:cs="Arial"/>
        </w:rPr>
        <w:t>;</w:t>
      </w:r>
    </w:p>
    <w:p w14:paraId="1BF4EDB6" w14:textId="228F1E61" w:rsidR="00EF7632" w:rsidRPr="00EF7632" w:rsidRDefault="00E52275" w:rsidP="00EF7632">
      <w:pPr>
        <w:pStyle w:val="ae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EF7632">
        <w:rPr>
          <w:rFonts w:ascii="Arial" w:hAnsi="Arial" w:cs="Arial"/>
        </w:rPr>
        <w:t xml:space="preserve">3D/CNC </w:t>
      </w:r>
      <w:proofErr w:type="spellStart"/>
      <w:r w:rsidRPr="00EF7632">
        <w:rPr>
          <w:rFonts w:ascii="Arial" w:hAnsi="Arial" w:cs="Arial"/>
        </w:rPr>
        <w:t>hazırlanma</w:t>
      </w:r>
      <w:proofErr w:type="spellEnd"/>
      <w:r w:rsidRPr="00EF7632">
        <w:rPr>
          <w:rFonts w:ascii="Arial" w:hAnsi="Arial" w:cs="Arial"/>
        </w:rPr>
        <w:t xml:space="preserve"> </w:t>
      </w:r>
      <w:proofErr w:type="spellStart"/>
      <w:r w:rsidRPr="00EF7632">
        <w:rPr>
          <w:rFonts w:ascii="Arial" w:hAnsi="Arial" w:cs="Arial"/>
        </w:rPr>
        <w:t>hissələrinin</w:t>
      </w:r>
      <w:proofErr w:type="spellEnd"/>
      <w:r w:rsidRPr="00EF7632">
        <w:rPr>
          <w:rFonts w:ascii="Arial" w:hAnsi="Arial" w:cs="Arial"/>
        </w:rPr>
        <w:t xml:space="preserve"> </w:t>
      </w:r>
      <w:proofErr w:type="spellStart"/>
      <w:r w:rsidRPr="00EF7632">
        <w:rPr>
          <w:rFonts w:ascii="Arial" w:hAnsi="Arial" w:cs="Arial"/>
        </w:rPr>
        <w:t>görüntüsü</w:t>
      </w:r>
      <w:proofErr w:type="spellEnd"/>
      <w:r w:rsidRPr="00EF7632">
        <w:rPr>
          <w:rFonts w:ascii="Arial" w:hAnsi="Arial" w:cs="Arial"/>
        </w:rPr>
        <w:t xml:space="preserve"> (</w:t>
      </w:r>
      <w:proofErr w:type="spellStart"/>
      <w:r w:rsidRPr="00EF7632">
        <w:rPr>
          <w:rFonts w:ascii="Arial" w:hAnsi="Arial" w:cs="Arial"/>
        </w:rPr>
        <w:t>əgər</w:t>
      </w:r>
      <w:proofErr w:type="spellEnd"/>
      <w:r w:rsidRPr="00EF7632">
        <w:rPr>
          <w:rFonts w:ascii="Arial" w:hAnsi="Arial" w:cs="Arial"/>
        </w:rPr>
        <w:t xml:space="preserve"> </w:t>
      </w:r>
      <w:proofErr w:type="spellStart"/>
      <w:r w:rsidRPr="00EF7632">
        <w:rPr>
          <w:rFonts w:ascii="Arial" w:hAnsi="Arial" w:cs="Arial"/>
        </w:rPr>
        <w:t>varsa</w:t>
      </w:r>
      <w:proofErr w:type="spellEnd"/>
      <w:r w:rsidRPr="00EF7632">
        <w:rPr>
          <w:rFonts w:ascii="Arial" w:hAnsi="Arial" w:cs="Arial"/>
        </w:rPr>
        <w:t>)</w:t>
      </w:r>
      <w:r w:rsidR="001E1788" w:rsidRPr="00EF7632">
        <w:rPr>
          <w:rFonts w:ascii="Arial" w:hAnsi="Arial" w:cs="Arial"/>
        </w:rPr>
        <w:t xml:space="preserve"> (15 </w:t>
      </w:r>
      <w:proofErr w:type="spellStart"/>
      <w:r w:rsidR="001E1788" w:rsidRPr="00EF7632">
        <w:rPr>
          <w:rFonts w:ascii="Arial" w:hAnsi="Arial" w:cs="Arial"/>
        </w:rPr>
        <w:t>san</w:t>
      </w:r>
      <w:proofErr w:type="spellEnd"/>
      <w:r w:rsidR="001E1788" w:rsidRPr="00EF7632">
        <w:rPr>
          <w:rFonts w:ascii="Arial" w:hAnsi="Arial" w:cs="Arial"/>
        </w:rPr>
        <w:t xml:space="preserve">. </w:t>
      </w:r>
      <w:proofErr w:type="spellStart"/>
      <w:r w:rsidR="001E1788" w:rsidRPr="00EF7632">
        <w:rPr>
          <w:rFonts w:ascii="Arial" w:hAnsi="Arial" w:cs="Arial"/>
        </w:rPr>
        <w:t>maksimum</w:t>
      </w:r>
      <w:proofErr w:type="spellEnd"/>
      <w:r w:rsidR="001E1788" w:rsidRPr="00EF7632">
        <w:rPr>
          <w:rFonts w:ascii="Arial" w:hAnsi="Arial" w:cs="Arial"/>
        </w:rPr>
        <w:t>)</w:t>
      </w:r>
      <w:r w:rsidR="00EF7632">
        <w:rPr>
          <w:rFonts w:ascii="Arial" w:hAnsi="Arial" w:cs="Arial"/>
        </w:rPr>
        <w:t>;</w:t>
      </w:r>
    </w:p>
    <w:p w14:paraId="769F7BB1" w14:textId="3147E0CD" w:rsidR="00EF7632" w:rsidRPr="00EF7632" w:rsidRDefault="00E52275" w:rsidP="00EF7632">
      <w:pPr>
        <w:pStyle w:val="ae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proofErr w:type="spellStart"/>
      <w:r w:rsidRPr="00EF7632">
        <w:rPr>
          <w:rFonts w:ascii="Arial" w:hAnsi="Arial" w:cs="Arial"/>
        </w:rPr>
        <w:t>Video</w:t>
      </w:r>
      <w:r w:rsidR="007C55DA" w:rsidRPr="00EF7632">
        <w:rPr>
          <w:rFonts w:ascii="Arial" w:hAnsi="Arial" w:cs="Arial"/>
        </w:rPr>
        <w:t>çarx</w:t>
      </w:r>
      <w:proofErr w:type="spellEnd"/>
      <w:r w:rsidRPr="00EF7632">
        <w:rPr>
          <w:rFonts w:ascii="Arial" w:hAnsi="Arial" w:cs="Arial"/>
        </w:rPr>
        <w:t xml:space="preserve"> </w:t>
      </w:r>
      <w:r w:rsidR="001E1788" w:rsidRPr="00EF7632">
        <w:rPr>
          <w:rFonts w:ascii="Arial" w:hAnsi="Arial" w:cs="Arial"/>
          <w:b/>
          <w:bCs/>
        </w:rPr>
        <w:t xml:space="preserve">minimum </w:t>
      </w:r>
      <w:r w:rsidR="001864AC" w:rsidRPr="00EF7632">
        <w:rPr>
          <w:rFonts w:ascii="Arial" w:hAnsi="Arial" w:cs="Arial"/>
          <w:b/>
          <w:bCs/>
        </w:rPr>
        <w:t>1080</w:t>
      </w:r>
      <w:r w:rsidRPr="00EF7632">
        <w:rPr>
          <w:rFonts w:ascii="Arial" w:hAnsi="Arial" w:cs="Arial"/>
          <w:b/>
          <w:bCs/>
        </w:rPr>
        <w:t>p</w:t>
      </w:r>
      <w:r w:rsidRPr="00EF7632">
        <w:rPr>
          <w:rFonts w:ascii="Arial" w:hAnsi="Arial" w:cs="Arial"/>
        </w:rPr>
        <w:t xml:space="preserve"> </w:t>
      </w:r>
      <w:proofErr w:type="spellStart"/>
      <w:r w:rsidRPr="00EF7632">
        <w:rPr>
          <w:rFonts w:ascii="Arial" w:hAnsi="Arial" w:cs="Arial"/>
        </w:rPr>
        <w:t>keyfiyyət</w:t>
      </w:r>
      <w:r w:rsidR="001E1788" w:rsidRPr="00EF7632">
        <w:rPr>
          <w:rFonts w:ascii="Arial" w:hAnsi="Arial" w:cs="Arial"/>
        </w:rPr>
        <w:t>də</w:t>
      </w:r>
      <w:proofErr w:type="spellEnd"/>
      <w:r w:rsidR="001E1788" w:rsidRPr="00EF7632">
        <w:rPr>
          <w:rFonts w:ascii="Arial" w:hAnsi="Arial" w:cs="Arial"/>
        </w:rPr>
        <w:t xml:space="preserve"> </w:t>
      </w:r>
      <w:proofErr w:type="spellStart"/>
      <w:r w:rsidR="001E1788" w:rsidRPr="00EF7632">
        <w:rPr>
          <w:rFonts w:ascii="Arial" w:hAnsi="Arial" w:cs="Arial"/>
        </w:rPr>
        <w:t>olmalı</w:t>
      </w:r>
      <w:proofErr w:type="spellEnd"/>
      <w:r w:rsidR="001E1788" w:rsidRPr="00EF7632">
        <w:rPr>
          <w:rFonts w:ascii="Arial" w:hAnsi="Arial" w:cs="Arial"/>
        </w:rPr>
        <w:t xml:space="preserve"> </w:t>
      </w:r>
      <w:proofErr w:type="spellStart"/>
      <w:r w:rsidR="001E1788" w:rsidRPr="00EF7632">
        <w:rPr>
          <w:rFonts w:ascii="Arial" w:hAnsi="Arial" w:cs="Arial"/>
        </w:rPr>
        <w:t>və</w:t>
      </w:r>
      <w:proofErr w:type="spellEnd"/>
      <w:r w:rsidRPr="00EF7632">
        <w:rPr>
          <w:rFonts w:ascii="Arial" w:hAnsi="Arial" w:cs="Arial"/>
        </w:rPr>
        <w:t xml:space="preserve"> </w:t>
      </w:r>
      <w:r w:rsidRPr="00EF7632">
        <w:rPr>
          <w:rFonts w:ascii="Arial" w:hAnsi="Arial" w:cs="Arial"/>
          <w:b/>
          <w:bCs/>
        </w:rPr>
        <w:t>YouTube</w:t>
      </w:r>
      <w:r w:rsidR="001E1788" w:rsidRPr="00EF7632">
        <w:rPr>
          <w:rFonts w:ascii="Arial" w:hAnsi="Arial" w:cs="Arial"/>
        </w:rPr>
        <w:t xml:space="preserve"> </w:t>
      </w:r>
      <w:proofErr w:type="spellStart"/>
      <w:r w:rsidR="001E1788" w:rsidRPr="00EF7632">
        <w:rPr>
          <w:rFonts w:ascii="Arial" w:hAnsi="Arial" w:cs="Arial"/>
        </w:rPr>
        <w:t>platformasına</w:t>
      </w:r>
      <w:proofErr w:type="spellEnd"/>
      <w:r w:rsidRPr="00EF7632">
        <w:rPr>
          <w:rFonts w:ascii="Arial" w:hAnsi="Arial" w:cs="Arial"/>
        </w:rPr>
        <w:t xml:space="preserve"> </w:t>
      </w:r>
      <w:proofErr w:type="spellStart"/>
      <w:r w:rsidRPr="00EF7632">
        <w:rPr>
          <w:rFonts w:ascii="Arial" w:hAnsi="Arial" w:cs="Arial"/>
        </w:rPr>
        <w:t>yüklənməlidir</w:t>
      </w:r>
      <w:proofErr w:type="spellEnd"/>
      <w:r w:rsidR="00EF7632">
        <w:rPr>
          <w:rFonts w:ascii="Arial" w:hAnsi="Arial" w:cs="Arial"/>
        </w:rPr>
        <w:t>;</w:t>
      </w:r>
    </w:p>
    <w:p w14:paraId="1E5A077E" w14:textId="2ED68455" w:rsidR="005A3E32" w:rsidRPr="00EF7632" w:rsidRDefault="00E52275" w:rsidP="00EF7632">
      <w:pPr>
        <w:pStyle w:val="ae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proofErr w:type="spellStart"/>
      <w:r w:rsidRPr="00EF7632">
        <w:rPr>
          <w:rFonts w:ascii="Arial" w:hAnsi="Arial" w:cs="Arial"/>
        </w:rPr>
        <w:lastRenderedPageBreak/>
        <w:t>Video</w:t>
      </w:r>
      <w:r w:rsidR="00F578A5" w:rsidRPr="00EF7632">
        <w:rPr>
          <w:rFonts w:ascii="Arial" w:hAnsi="Arial" w:cs="Arial"/>
        </w:rPr>
        <w:t>çarxın</w:t>
      </w:r>
      <w:proofErr w:type="spellEnd"/>
      <w:r w:rsidRPr="00EF7632">
        <w:rPr>
          <w:rFonts w:ascii="Arial" w:hAnsi="Arial" w:cs="Arial"/>
        </w:rPr>
        <w:t xml:space="preserve"> </w:t>
      </w:r>
      <w:proofErr w:type="spellStart"/>
      <w:r w:rsidRPr="00EF7632">
        <w:rPr>
          <w:rFonts w:ascii="Arial" w:hAnsi="Arial" w:cs="Arial"/>
        </w:rPr>
        <w:t>təsvirində</w:t>
      </w:r>
      <w:proofErr w:type="spellEnd"/>
      <w:r w:rsidRPr="00EF7632">
        <w:rPr>
          <w:rFonts w:ascii="Arial" w:hAnsi="Arial" w:cs="Arial"/>
        </w:rPr>
        <w:t xml:space="preserve"> ‘</w:t>
      </w:r>
      <w:proofErr w:type="spellStart"/>
      <w:r w:rsidR="001E1788" w:rsidRPr="00EF7632">
        <w:rPr>
          <w:rFonts w:ascii="Arial" w:hAnsi="Arial" w:cs="Arial"/>
        </w:rPr>
        <w:t>Beynəlxalq</w:t>
      </w:r>
      <w:proofErr w:type="spellEnd"/>
      <w:r w:rsidR="001E1788" w:rsidRPr="00EF7632">
        <w:rPr>
          <w:rFonts w:ascii="Arial" w:hAnsi="Arial" w:cs="Arial"/>
        </w:rPr>
        <w:t xml:space="preserve"> </w:t>
      </w:r>
      <w:r w:rsidRPr="00EF7632">
        <w:rPr>
          <w:rFonts w:ascii="Arial" w:hAnsi="Arial" w:cs="Arial"/>
        </w:rPr>
        <w:t xml:space="preserve">STEAM </w:t>
      </w:r>
      <w:proofErr w:type="spellStart"/>
      <w:r w:rsidRPr="00EF7632">
        <w:rPr>
          <w:rFonts w:ascii="Arial" w:hAnsi="Arial" w:cs="Arial"/>
        </w:rPr>
        <w:t>Azərbaycan</w:t>
      </w:r>
      <w:proofErr w:type="spellEnd"/>
      <w:r w:rsidRPr="00EF7632">
        <w:rPr>
          <w:rFonts w:ascii="Arial" w:hAnsi="Arial" w:cs="Arial"/>
        </w:rPr>
        <w:t xml:space="preserve"> </w:t>
      </w:r>
      <w:proofErr w:type="spellStart"/>
      <w:r w:rsidRPr="00EF7632">
        <w:rPr>
          <w:rFonts w:ascii="Arial" w:hAnsi="Arial" w:cs="Arial"/>
        </w:rPr>
        <w:t>Festivalı</w:t>
      </w:r>
      <w:proofErr w:type="spellEnd"/>
      <w:r w:rsidRPr="00EF7632">
        <w:rPr>
          <w:rFonts w:ascii="Arial" w:hAnsi="Arial" w:cs="Arial"/>
        </w:rPr>
        <w:t xml:space="preserve"> 2025’</w:t>
      </w:r>
      <w:r w:rsidR="007C55DA" w:rsidRPr="00EF7632">
        <w:rPr>
          <w:rFonts w:ascii="Arial" w:hAnsi="Arial" w:cs="Arial"/>
        </w:rPr>
        <w:t xml:space="preserve"> </w:t>
      </w:r>
      <w:proofErr w:type="spellStart"/>
      <w:r w:rsidR="007C55DA" w:rsidRPr="00EF7632">
        <w:rPr>
          <w:rFonts w:ascii="Arial" w:hAnsi="Arial" w:cs="Arial"/>
        </w:rPr>
        <w:t>yazısı</w:t>
      </w:r>
      <w:proofErr w:type="spellEnd"/>
      <w:r w:rsidRPr="00EF7632">
        <w:rPr>
          <w:rFonts w:ascii="Arial" w:hAnsi="Arial" w:cs="Arial"/>
        </w:rPr>
        <w:t xml:space="preserve"> </w:t>
      </w:r>
      <w:proofErr w:type="spellStart"/>
      <w:r w:rsidRPr="00EF7632">
        <w:rPr>
          <w:rFonts w:ascii="Arial" w:hAnsi="Arial" w:cs="Arial"/>
        </w:rPr>
        <w:t>qeyd</w:t>
      </w:r>
      <w:proofErr w:type="spellEnd"/>
      <w:r w:rsidRPr="00EF7632">
        <w:rPr>
          <w:rFonts w:ascii="Arial" w:hAnsi="Arial" w:cs="Arial"/>
        </w:rPr>
        <w:t xml:space="preserve"> </w:t>
      </w:r>
      <w:proofErr w:type="spellStart"/>
      <w:r w:rsidRPr="00EF7632">
        <w:rPr>
          <w:rFonts w:ascii="Arial" w:hAnsi="Arial" w:cs="Arial"/>
        </w:rPr>
        <w:t>olunmalıdır</w:t>
      </w:r>
      <w:proofErr w:type="spellEnd"/>
      <w:r w:rsidR="001E1788" w:rsidRPr="00EF7632">
        <w:rPr>
          <w:rFonts w:ascii="Arial" w:hAnsi="Arial" w:cs="Arial"/>
        </w:rPr>
        <w:t>.</w:t>
      </w:r>
    </w:p>
    <w:p w14:paraId="7EDE3EE4" w14:textId="127435C1" w:rsidR="005A3E32" w:rsidRPr="00435BA0" w:rsidRDefault="00DC4BAB" w:rsidP="00DC4BAB">
      <w:pPr>
        <w:pStyle w:val="1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4. </w:t>
      </w:r>
      <w:r w:rsidR="00435BA0" w:rsidRPr="00435BA0">
        <w:rPr>
          <w:rFonts w:ascii="Arial" w:hAnsi="Arial" w:cs="Arial"/>
          <w:sz w:val="40"/>
          <w:szCs w:val="40"/>
        </w:rPr>
        <w:t>Q</w:t>
      </w:r>
      <w:r w:rsidR="00435BA0">
        <w:rPr>
          <w:rFonts w:ascii="Arial" w:hAnsi="Arial" w:cs="Arial"/>
          <w:sz w:val="40"/>
          <w:szCs w:val="40"/>
        </w:rPr>
        <w:t>İ</w:t>
      </w:r>
      <w:r w:rsidR="00435BA0" w:rsidRPr="00435BA0">
        <w:rPr>
          <w:rFonts w:ascii="Arial" w:hAnsi="Arial" w:cs="Arial"/>
          <w:sz w:val="40"/>
          <w:szCs w:val="40"/>
        </w:rPr>
        <w:t>YMƏTLƏND</w:t>
      </w:r>
      <w:r w:rsidR="00435BA0">
        <w:rPr>
          <w:rFonts w:ascii="Arial" w:hAnsi="Arial" w:cs="Arial"/>
          <w:sz w:val="40"/>
          <w:szCs w:val="40"/>
        </w:rPr>
        <w:t>İ</w:t>
      </w:r>
      <w:r w:rsidR="00435BA0" w:rsidRPr="00435BA0">
        <w:rPr>
          <w:rFonts w:ascii="Arial" w:hAnsi="Arial" w:cs="Arial"/>
          <w:sz w:val="40"/>
          <w:szCs w:val="40"/>
        </w:rPr>
        <w:t>RMƏ</w:t>
      </w:r>
    </w:p>
    <w:p w14:paraId="2F1FB407" w14:textId="6C53EDED" w:rsidR="005A3E32" w:rsidRPr="00435BA0" w:rsidRDefault="00435BA0" w:rsidP="00435BA0">
      <w:pPr>
        <w:rPr>
          <w:rFonts w:ascii="Arial" w:hAnsi="Arial" w:cs="Arial"/>
          <w:b/>
          <w:bCs/>
        </w:rPr>
      </w:pPr>
      <w:r w:rsidRPr="00435BA0">
        <w:rPr>
          <w:rFonts w:ascii="Arial" w:hAnsi="Arial" w:cs="Arial"/>
          <w:b/>
          <w:bCs/>
        </w:rPr>
        <w:t>5.1.</w:t>
      </w:r>
      <w:r>
        <w:rPr>
          <w:rFonts w:ascii="Arial" w:hAnsi="Arial" w:cs="Arial"/>
        </w:rPr>
        <w:t xml:space="preserve"> </w:t>
      </w:r>
      <w:proofErr w:type="spellStart"/>
      <w:r w:rsidR="00E52275" w:rsidRPr="00435BA0">
        <w:rPr>
          <w:rFonts w:ascii="Arial" w:hAnsi="Arial" w:cs="Arial"/>
        </w:rPr>
        <w:t>Komanda</w:t>
      </w:r>
      <w:proofErr w:type="spellEnd"/>
      <w:r w:rsidR="00E52275" w:rsidRPr="00435BA0">
        <w:rPr>
          <w:rFonts w:ascii="Arial" w:hAnsi="Arial" w:cs="Arial"/>
        </w:rPr>
        <w:t xml:space="preserve"> </w:t>
      </w:r>
      <w:proofErr w:type="spellStart"/>
      <w:r w:rsidR="007C55DA" w:rsidRPr="00435BA0">
        <w:rPr>
          <w:rFonts w:ascii="Arial" w:hAnsi="Arial" w:cs="Arial"/>
        </w:rPr>
        <w:t>işi</w:t>
      </w:r>
      <w:proofErr w:type="spellEnd"/>
      <w:r w:rsidR="00E52275" w:rsidRPr="00435BA0">
        <w:rPr>
          <w:rFonts w:ascii="Arial" w:hAnsi="Arial" w:cs="Arial"/>
        </w:rPr>
        <w:t xml:space="preserve"> (1–10 </w:t>
      </w:r>
      <w:proofErr w:type="spellStart"/>
      <w:r w:rsidR="00E52275" w:rsidRPr="00435BA0">
        <w:rPr>
          <w:rFonts w:ascii="Arial" w:hAnsi="Arial" w:cs="Arial"/>
        </w:rPr>
        <w:t>bal</w:t>
      </w:r>
      <w:proofErr w:type="spellEnd"/>
      <w:r w:rsidR="00E52275" w:rsidRPr="00435BA0">
        <w:rPr>
          <w:rFonts w:ascii="Arial" w:hAnsi="Arial" w:cs="Arial"/>
        </w:rPr>
        <w:t>)</w:t>
      </w:r>
      <w:r w:rsidR="00E52275" w:rsidRPr="00435BA0">
        <w:rPr>
          <w:rFonts w:ascii="Arial" w:hAnsi="Arial" w:cs="Arial"/>
        </w:rPr>
        <w:br/>
      </w:r>
      <w:r w:rsidRPr="00435BA0">
        <w:rPr>
          <w:rFonts w:ascii="Arial" w:hAnsi="Arial" w:cs="Arial"/>
          <w:b/>
          <w:bCs/>
        </w:rPr>
        <w:t>5.2.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</w:t>
      </w:r>
      <w:r w:rsidR="00E52275" w:rsidRPr="00435BA0">
        <w:rPr>
          <w:rFonts w:ascii="Arial" w:hAnsi="Arial" w:cs="Arial"/>
        </w:rPr>
        <w:t>ideo</w:t>
      </w:r>
      <w:r w:rsidR="00EC53C2" w:rsidRPr="00435BA0">
        <w:rPr>
          <w:rFonts w:ascii="Arial" w:hAnsi="Arial" w:cs="Arial"/>
        </w:rPr>
        <w:t>ç</w:t>
      </w:r>
      <w:r w:rsidR="007C55DA" w:rsidRPr="00435BA0">
        <w:rPr>
          <w:rFonts w:ascii="Arial" w:hAnsi="Arial" w:cs="Arial"/>
        </w:rPr>
        <w:t>arx</w:t>
      </w:r>
      <w:proofErr w:type="spellEnd"/>
      <w:r w:rsidR="00E52275" w:rsidRPr="00435BA0">
        <w:rPr>
          <w:rFonts w:ascii="Arial" w:hAnsi="Arial" w:cs="Arial"/>
        </w:rPr>
        <w:t xml:space="preserve"> (1–</w:t>
      </w:r>
      <w:r w:rsidR="00F578A5" w:rsidRPr="00435BA0">
        <w:rPr>
          <w:rFonts w:ascii="Arial" w:hAnsi="Arial" w:cs="Arial"/>
        </w:rPr>
        <w:t>15</w:t>
      </w:r>
      <w:r w:rsidR="00E52275" w:rsidRPr="00435BA0">
        <w:rPr>
          <w:rFonts w:ascii="Arial" w:hAnsi="Arial" w:cs="Arial"/>
        </w:rPr>
        <w:t xml:space="preserve"> </w:t>
      </w:r>
      <w:proofErr w:type="spellStart"/>
      <w:r w:rsidR="00E52275" w:rsidRPr="00435BA0">
        <w:rPr>
          <w:rFonts w:ascii="Arial" w:hAnsi="Arial" w:cs="Arial"/>
        </w:rPr>
        <w:t>bal</w:t>
      </w:r>
      <w:proofErr w:type="spellEnd"/>
      <w:r w:rsidR="00E52275" w:rsidRPr="00435BA0">
        <w:rPr>
          <w:rFonts w:ascii="Arial" w:hAnsi="Arial" w:cs="Arial"/>
        </w:rPr>
        <w:t>)</w:t>
      </w:r>
      <w:r w:rsidR="00E52275" w:rsidRPr="00435BA0">
        <w:rPr>
          <w:rFonts w:ascii="Arial" w:hAnsi="Arial" w:cs="Arial"/>
        </w:rPr>
        <w:br/>
      </w:r>
      <w:r w:rsidRPr="00435BA0">
        <w:rPr>
          <w:rFonts w:ascii="Arial" w:hAnsi="Arial" w:cs="Arial"/>
          <w:b/>
          <w:bCs/>
        </w:rPr>
        <w:t>5.3.</w:t>
      </w:r>
      <w:r>
        <w:rPr>
          <w:rFonts w:ascii="Arial" w:hAnsi="Arial" w:cs="Arial"/>
        </w:rPr>
        <w:t xml:space="preserve"> </w:t>
      </w:r>
      <w:proofErr w:type="spellStart"/>
      <w:r w:rsidR="00E52275" w:rsidRPr="00435BA0">
        <w:rPr>
          <w:rFonts w:ascii="Arial" w:hAnsi="Arial" w:cs="Arial"/>
        </w:rPr>
        <w:t>Təqdimat</w:t>
      </w:r>
      <w:proofErr w:type="spellEnd"/>
      <w:r w:rsidR="00E52275" w:rsidRPr="00435BA0">
        <w:rPr>
          <w:rFonts w:ascii="Arial" w:hAnsi="Arial" w:cs="Arial"/>
        </w:rPr>
        <w:t xml:space="preserve"> </w:t>
      </w:r>
      <w:proofErr w:type="spellStart"/>
      <w:r w:rsidR="00E52275" w:rsidRPr="00435BA0">
        <w:rPr>
          <w:rFonts w:ascii="Arial" w:hAnsi="Arial" w:cs="Arial"/>
        </w:rPr>
        <w:t>sənədinin</w:t>
      </w:r>
      <w:proofErr w:type="spellEnd"/>
      <w:r w:rsidR="00E52275" w:rsidRPr="00435BA0">
        <w:rPr>
          <w:rFonts w:ascii="Arial" w:hAnsi="Arial" w:cs="Arial"/>
        </w:rPr>
        <w:t xml:space="preserve"> </w:t>
      </w:r>
      <w:proofErr w:type="spellStart"/>
      <w:r w:rsidR="00E52275" w:rsidRPr="00435BA0">
        <w:rPr>
          <w:rFonts w:ascii="Arial" w:hAnsi="Arial" w:cs="Arial"/>
        </w:rPr>
        <w:t>əhatəliliyi</w:t>
      </w:r>
      <w:proofErr w:type="spellEnd"/>
      <w:r w:rsidR="00E52275" w:rsidRPr="00435BA0">
        <w:rPr>
          <w:rFonts w:ascii="Arial" w:hAnsi="Arial" w:cs="Arial"/>
        </w:rPr>
        <w:t xml:space="preserve"> (1–</w:t>
      </w:r>
      <w:r w:rsidR="00F578A5" w:rsidRPr="00435BA0">
        <w:rPr>
          <w:rFonts w:ascii="Arial" w:hAnsi="Arial" w:cs="Arial"/>
        </w:rPr>
        <w:t>20</w:t>
      </w:r>
      <w:r w:rsidR="00E52275" w:rsidRPr="00435BA0">
        <w:rPr>
          <w:rFonts w:ascii="Arial" w:hAnsi="Arial" w:cs="Arial"/>
        </w:rPr>
        <w:t xml:space="preserve"> </w:t>
      </w:r>
      <w:proofErr w:type="spellStart"/>
      <w:r w:rsidR="00E52275" w:rsidRPr="00435BA0">
        <w:rPr>
          <w:rFonts w:ascii="Arial" w:hAnsi="Arial" w:cs="Arial"/>
        </w:rPr>
        <w:t>bal</w:t>
      </w:r>
      <w:proofErr w:type="spellEnd"/>
      <w:r w:rsidR="00E52275" w:rsidRPr="00435BA0">
        <w:rPr>
          <w:rFonts w:ascii="Arial" w:hAnsi="Arial" w:cs="Arial"/>
        </w:rPr>
        <w:t>)</w:t>
      </w:r>
      <w:r w:rsidR="00E52275" w:rsidRPr="00435BA0">
        <w:rPr>
          <w:rFonts w:ascii="Arial" w:hAnsi="Arial" w:cs="Arial"/>
        </w:rPr>
        <w:br/>
      </w:r>
      <w:r w:rsidRPr="00435BA0">
        <w:rPr>
          <w:rFonts w:ascii="Arial" w:hAnsi="Arial" w:cs="Arial"/>
          <w:b/>
          <w:bCs/>
        </w:rPr>
        <w:t>5.4.</w:t>
      </w:r>
      <w:r>
        <w:rPr>
          <w:rFonts w:ascii="Arial" w:hAnsi="Arial" w:cs="Arial"/>
        </w:rPr>
        <w:t xml:space="preserve"> </w:t>
      </w:r>
      <w:proofErr w:type="spellStart"/>
      <w:r w:rsidR="00E52275" w:rsidRPr="00435BA0">
        <w:rPr>
          <w:rFonts w:ascii="Arial" w:hAnsi="Arial" w:cs="Arial"/>
        </w:rPr>
        <w:t>Robotun</w:t>
      </w:r>
      <w:proofErr w:type="spellEnd"/>
      <w:r w:rsidR="00E52275" w:rsidRPr="00435BA0">
        <w:rPr>
          <w:rFonts w:ascii="Arial" w:hAnsi="Arial" w:cs="Arial"/>
        </w:rPr>
        <w:t xml:space="preserve"> </w:t>
      </w:r>
      <w:proofErr w:type="spellStart"/>
      <w:r w:rsidR="00E52275" w:rsidRPr="00435BA0">
        <w:rPr>
          <w:rFonts w:ascii="Arial" w:hAnsi="Arial" w:cs="Arial"/>
        </w:rPr>
        <w:t>fərdi</w:t>
      </w:r>
      <w:proofErr w:type="spellEnd"/>
      <w:r w:rsidR="00E52275" w:rsidRPr="00435BA0">
        <w:rPr>
          <w:rFonts w:ascii="Arial" w:hAnsi="Arial" w:cs="Arial"/>
        </w:rPr>
        <w:t xml:space="preserve"> </w:t>
      </w:r>
      <w:proofErr w:type="spellStart"/>
      <w:r w:rsidR="00E52275" w:rsidRPr="00435BA0">
        <w:rPr>
          <w:rFonts w:ascii="Arial" w:hAnsi="Arial" w:cs="Arial"/>
        </w:rPr>
        <w:t>yığılıb-yığılmaması</w:t>
      </w:r>
      <w:proofErr w:type="spellEnd"/>
      <w:r w:rsidR="00E52275" w:rsidRPr="00435BA0">
        <w:rPr>
          <w:rFonts w:ascii="Arial" w:hAnsi="Arial" w:cs="Arial"/>
        </w:rPr>
        <w:t xml:space="preserve"> (</w:t>
      </w:r>
      <w:r w:rsidR="00F578A5" w:rsidRPr="00435BA0">
        <w:rPr>
          <w:rFonts w:ascii="Arial" w:hAnsi="Arial" w:cs="Arial"/>
        </w:rPr>
        <w:t>5</w:t>
      </w:r>
      <w:r w:rsidR="00E52275" w:rsidRPr="00435BA0">
        <w:rPr>
          <w:rFonts w:ascii="Arial" w:hAnsi="Arial" w:cs="Arial"/>
        </w:rPr>
        <w:t xml:space="preserve"> / 1</w:t>
      </w:r>
      <w:r w:rsidR="00F578A5" w:rsidRPr="00435BA0">
        <w:rPr>
          <w:rFonts w:ascii="Arial" w:hAnsi="Arial" w:cs="Arial"/>
        </w:rPr>
        <w:t>5</w:t>
      </w:r>
      <w:r w:rsidR="00E52275" w:rsidRPr="00435BA0">
        <w:rPr>
          <w:rFonts w:ascii="Arial" w:hAnsi="Arial" w:cs="Arial"/>
        </w:rPr>
        <w:t xml:space="preserve"> / 2</w:t>
      </w:r>
      <w:r w:rsidR="00F578A5" w:rsidRPr="00435BA0">
        <w:rPr>
          <w:rFonts w:ascii="Arial" w:hAnsi="Arial" w:cs="Arial"/>
        </w:rPr>
        <w:t>5</w:t>
      </w:r>
      <w:r w:rsidR="00E52275" w:rsidRPr="00435BA0">
        <w:rPr>
          <w:rFonts w:ascii="Arial" w:hAnsi="Arial" w:cs="Arial"/>
        </w:rPr>
        <w:t xml:space="preserve"> </w:t>
      </w:r>
      <w:proofErr w:type="spellStart"/>
      <w:r w:rsidR="00E52275" w:rsidRPr="00435BA0">
        <w:rPr>
          <w:rFonts w:ascii="Arial" w:hAnsi="Arial" w:cs="Arial"/>
        </w:rPr>
        <w:t>bal</w:t>
      </w:r>
      <w:proofErr w:type="spellEnd"/>
      <w:r w:rsidR="00E52275" w:rsidRPr="00435BA0">
        <w:rPr>
          <w:rFonts w:ascii="Arial" w:hAnsi="Arial" w:cs="Arial"/>
        </w:rPr>
        <w:t>)</w:t>
      </w:r>
      <w:r w:rsidR="00E52275" w:rsidRPr="00435BA0">
        <w:rPr>
          <w:rFonts w:ascii="Arial" w:hAnsi="Arial" w:cs="Arial"/>
        </w:rPr>
        <w:br/>
      </w:r>
      <w:r w:rsidRPr="00435BA0">
        <w:rPr>
          <w:rFonts w:ascii="Arial" w:hAnsi="Arial" w:cs="Arial"/>
          <w:b/>
          <w:bCs/>
        </w:rPr>
        <w:t>5.5.</w:t>
      </w:r>
      <w:r>
        <w:rPr>
          <w:rFonts w:ascii="Arial" w:hAnsi="Arial" w:cs="Arial"/>
        </w:rPr>
        <w:t xml:space="preserve"> </w:t>
      </w:r>
      <w:proofErr w:type="spellStart"/>
      <w:r w:rsidR="00F578A5" w:rsidRPr="00435BA0">
        <w:rPr>
          <w:rFonts w:ascii="Arial" w:hAnsi="Arial" w:cs="Arial"/>
        </w:rPr>
        <w:t>Robotun</w:t>
      </w:r>
      <w:proofErr w:type="spellEnd"/>
      <w:r w:rsidR="00F578A5" w:rsidRPr="00435BA0">
        <w:rPr>
          <w:rFonts w:ascii="Arial" w:hAnsi="Arial" w:cs="Arial"/>
        </w:rPr>
        <w:t xml:space="preserve"> </w:t>
      </w:r>
      <w:proofErr w:type="spellStart"/>
      <w:r w:rsidR="00F578A5" w:rsidRPr="00435BA0">
        <w:rPr>
          <w:rFonts w:ascii="Arial" w:hAnsi="Arial" w:cs="Arial"/>
        </w:rPr>
        <w:t>texniki</w:t>
      </w:r>
      <w:proofErr w:type="spellEnd"/>
      <w:r w:rsidR="00F578A5" w:rsidRPr="00435BA0">
        <w:rPr>
          <w:rFonts w:ascii="Arial" w:hAnsi="Arial" w:cs="Arial"/>
        </w:rPr>
        <w:t xml:space="preserve"> </w:t>
      </w:r>
      <w:proofErr w:type="spellStart"/>
      <w:r w:rsidR="00F578A5" w:rsidRPr="00435BA0">
        <w:rPr>
          <w:rFonts w:ascii="Arial" w:hAnsi="Arial" w:cs="Arial"/>
        </w:rPr>
        <w:t>dizaynı</w:t>
      </w:r>
      <w:proofErr w:type="spellEnd"/>
      <w:r w:rsidR="00E52275" w:rsidRPr="00435BA0">
        <w:rPr>
          <w:rFonts w:ascii="Arial" w:hAnsi="Arial" w:cs="Arial"/>
        </w:rPr>
        <w:t xml:space="preserve"> (1–2</w:t>
      </w:r>
      <w:r w:rsidR="00F578A5" w:rsidRPr="00435BA0">
        <w:rPr>
          <w:rFonts w:ascii="Arial" w:hAnsi="Arial" w:cs="Arial"/>
        </w:rPr>
        <w:t>0</w:t>
      </w:r>
      <w:r w:rsidR="00E52275" w:rsidRPr="00435BA0">
        <w:rPr>
          <w:rFonts w:ascii="Arial" w:hAnsi="Arial" w:cs="Arial"/>
        </w:rPr>
        <w:t xml:space="preserve"> </w:t>
      </w:r>
      <w:proofErr w:type="spellStart"/>
      <w:r w:rsidR="00E52275" w:rsidRPr="00435BA0">
        <w:rPr>
          <w:rFonts w:ascii="Arial" w:hAnsi="Arial" w:cs="Arial"/>
        </w:rPr>
        <w:t>bal</w:t>
      </w:r>
      <w:proofErr w:type="spellEnd"/>
      <w:r w:rsidR="00E52275" w:rsidRPr="00435BA0">
        <w:rPr>
          <w:rFonts w:ascii="Arial" w:hAnsi="Arial" w:cs="Arial"/>
        </w:rPr>
        <w:t>)</w:t>
      </w:r>
      <w:r w:rsidR="00E52275" w:rsidRPr="00435BA0">
        <w:rPr>
          <w:rFonts w:ascii="Arial" w:hAnsi="Arial" w:cs="Arial"/>
        </w:rPr>
        <w:br/>
      </w:r>
      <w:r w:rsidRPr="00435BA0">
        <w:rPr>
          <w:rFonts w:ascii="Arial" w:hAnsi="Arial" w:cs="Arial"/>
          <w:b/>
          <w:bCs/>
        </w:rPr>
        <w:t>5.6.</w:t>
      </w:r>
      <w:r>
        <w:rPr>
          <w:rFonts w:ascii="Arial" w:hAnsi="Arial" w:cs="Arial"/>
        </w:rPr>
        <w:t xml:space="preserve"> </w:t>
      </w:r>
      <w:proofErr w:type="spellStart"/>
      <w:r w:rsidR="00E52275" w:rsidRPr="00435BA0">
        <w:rPr>
          <w:rFonts w:ascii="Arial" w:hAnsi="Arial" w:cs="Arial"/>
        </w:rPr>
        <w:t>Kodun</w:t>
      </w:r>
      <w:proofErr w:type="spellEnd"/>
      <w:r w:rsidR="00E52275" w:rsidRPr="00435BA0">
        <w:rPr>
          <w:rFonts w:ascii="Arial" w:hAnsi="Arial" w:cs="Arial"/>
        </w:rPr>
        <w:t xml:space="preserve"> </w:t>
      </w:r>
      <w:proofErr w:type="spellStart"/>
      <w:r w:rsidR="00F578A5" w:rsidRPr="00435BA0">
        <w:rPr>
          <w:rFonts w:ascii="Arial" w:hAnsi="Arial" w:cs="Arial"/>
        </w:rPr>
        <w:t>işləmə</w:t>
      </w:r>
      <w:proofErr w:type="spellEnd"/>
      <w:r w:rsidR="00E52275" w:rsidRPr="00435BA0">
        <w:rPr>
          <w:rFonts w:ascii="Arial" w:hAnsi="Arial" w:cs="Arial"/>
        </w:rPr>
        <w:t xml:space="preserve"> </w:t>
      </w:r>
      <w:proofErr w:type="spellStart"/>
      <w:r w:rsidR="00E52275" w:rsidRPr="00435BA0">
        <w:rPr>
          <w:rFonts w:ascii="Arial" w:hAnsi="Arial" w:cs="Arial"/>
        </w:rPr>
        <w:t>məntiqi</w:t>
      </w:r>
      <w:proofErr w:type="spellEnd"/>
      <w:r w:rsidR="00E52275" w:rsidRPr="00435BA0">
        <w:rPr>
          <w:rFonts w:ascii="Arial" w:hAnsi="Arial" w:cs="Arial"/>
        </w:rPr>
        <w:t xml:space="preserve"> (1–1</w:t>
      </w:r>
      <w:r w:rsidR="00F578A5" w:rsidRPr="00435BA0">
        <w:rPr>
          <w:rFonts w:ascii="Arial" w:hAnsi="Arial" w:cs="Arial"/>
        </w:rPr>
        <w:t>0</w:t>
      </w:r>
      <w:r w:rsidR="00E52275" w:rsidRPr="00435BA0">
        <w:rPr>
          <w:rFonts w:ascii="Arial" w:hAnsi="Arial" w:cs="Arial"/>
        </w:rPr>
        <w:t xml:space="preserve"> </w:t>
      </w:r>
      <w:proofErr w:type="spellStart"/>
      <w:r w:rsidR="00E52275" w:rsidRPr="00435BA0">
        <w:rPr>
          <w:rFonts w:ascii="Arial" w:hAnsi="Arial" w:cs="Arial"/>
        </w:rPr>
        <w:t>bal</w:t>
      </w:r>
      <w:proofErr w:type="spellEnd"/>
      <w:r w:rsidR="00E52275" w:rsidRPr="00435BA0">
        <w:rPr>
          <w:rFonts w:ascii="Arial" w:hAnsi="Arial" w:cs="Arial"/>
        </w:rPr>
        <w:t>)</w:t>
      </w:r>
      <w:r w:rsidR="00E52275" w:rsidRPr="00435BA0">
        <w:rPr>
          <w:rFonts w:ascii="Arial" w:hAnsi="Arial" w:cs="Arial"/>
        </w:rPr>
        <w:br/>
      </w:r>
      <w:r w:rsidRPr="00EF7632">
        <w:rPr>
          <w:rFonts w:ascii="Arial" w:hAnsi="Arial" w:cs="Arial"/>
          <w:b/>
          <w:bCs/>
          <w:sz w:val="24"/>
          <w:szCs w:val="24"/>
        </w:rPr>
        <w:t xml:space="preserve">                                         </w:t>
      </w:r>
      <w:proofErr w:type="spellStart"/>
      <w:r w:rsidR="00E52275" w:rsidRPr="00EF7632">
        <w:rPr>
          <w:rFonts w:ascii="Arial" w:hAnsi="Arial" w:cs="Arial"/>
          <w:b/>
          <w:bCs/>
          <w:sz w:val="24"/>
          <w:szCs w:val="24"/>
        </w:rPr>
        <w:t>Maksimum</w:t>
      </w:r>
      <w:proofErr w:type="spellEnd"/>
      <w:r w:rsidR="00E52275" w:rsidRPr="00EF763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="00E52275" w:rsidRPr="00EF7632">
        <w:rPr>
          <w:rFonts w:ascii="Arial" w:hAnsi="Arial" w:cs="Arial"/>
          <w:b/>
          <w:bCs/>
          <w:sz w:val="24"/>
          <w:szCs w:val="24"/>
        </w:rPr>
        <w:t>bal</w:t>
      </w:r>
      <w:proofErr w:type="spellEnd"/>
      <w:r w:rsidR="00E52275" w:rsidRPr="00EF7632">
        <w:rPr>
          <w:rFonts w:ascii="Arial" w:hAnsi="Arial" w:cs="Arial"/>
          <w:b/>
          <w:bCs/>
          <w:sz w:val="24"/>
          <w:szCs w:val="24"/>
        </w:rPr>
        <w:t>: 100</w:t>
      </w:r>
    </w:p>
    <w:p w14:paraId="6E4A4C7A" w14:textId="1B71804E" w:rsidR="005A3E32" w:rsidRPr="00435BA0" w:rsidRDefault="00DC4BAB" w:rsidP="00DC4BAB">
      <w:pPr>
        <w:pStyle w:val="1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5. </w:t>
      </w:r>
      <w:r w:rsidR="00435BA0" w:rsidRPr="00435BA0">
        <w:rPr>
          <w:rFonts w:ascii="Arial" w:hAnsi="Arial" w:cs="Arial"/>
          <w:sz w:val="40"/>
          <w:szCs w:val="40"/>
        </w:rPr>
        <w:t>ƏLAVƏ QEYDLƏR</w:t>
      </w:r>
    </w:p>
    <w:p w14:paraId="3364DFA7" w14:textId="2BF92D68" w:rsidR="005A3E32" w:rsidRPr="00435BA0" w:rsidRDefault="00435BA0" w:rsidP="00CF34B5">
      <w:pPr>
        <w:rPr>
          <w:rFonts w:ascii="Arial" w:hAnsi="Arial" w:cs="Arial"/>
        </w:rPr>
      </w:pPr>
      <w:r w:rsidRPr="00435BA0">
        <w:rPr>
          <w:rFonts w:ascii="Arial" w:hAnsi="Arial" w:cs="Arial"/>
          <w:b/>
          <w:bCs/>
        </w:rPr>
        <w:t>6.1.</w:t>
      </w:r>
      <w:r>
        <w:rPr>
          <w:rFonts w:ascii="Arial" w:hAnsi="Arial" w:cs="Arial"/>
        </w:rPr>
        <w:t xml:space="preserve"> </w:t>
      </w:r>
      <w:proofErr w:type="spellStart"/>
      <w:r w:rsidR="00E52275" w:rsidRPr="00435BA0">
        <w:rPr>
          <w:rFonts w:ascii="Arial" w:hAnsi="Arial" w:cs="Arial"/>
        </w:rPr>
        <w:t>Təqdimatlar</w:t>
      </w:r>
      <w:proofErr w:type="spellEnd"/>
      <w:r w:rsidR="00E52275" w:rsidRPr="00435BA0">
        <w:rPr>
          <w:rFonts w:ascii="Arial" w:hAnsi="Arial" w:cs="Arial"/>
        </w:rPr>
        <w:t xml:space="preserve"> </w:t>
      </w:r>
      <w:proofErr w:type="spellStart"/>
      <w:r w:rsidR="00E52275" w:rsidRPr="00435BA0">
        <w:rPr>
          <w:rFonts w:ascii="Arial" w:hAnsi="Arial" w:cs="Arial"/>
        </w:rPr>
        <w:t>yalnız</w:t>
      </w:r>
      <w:proofErr w:type="spellEnd"/>
      <w:r w:rsidR="00E52275" w:rsidRPr="00435BA0">
        <w:rPr>
          <w:rFonts w:ascii="Arial" w:hAnsi="Arial" w:cs="Arial"/>
        </w:rPr>
        <w:t xml:space="preserve"> </w:t>
      </w:r>
      <w:proofErr w:type="spellStart"/>
      <w:r w:rsidR="00E52275" w:rsidRPr="00435BA0">
        <w:rPr>
          <w:rFonts w:ascii="Arial" w:hAnsi="Arial" w:cs="Arial"/>
        </w:rPr>
        <w:t>bir</w:t>
      </w:r>
      <w:proofErr w:type="spellEnd"/>
      <w:r w:rsidR="00E52275" w:rsidRPr="00435BA0">
        <w:rPr>
          <w:rFonts w:ascii="Arial" w:hAnsi="Arial" w:cs="Arial"/>
        </w:rPr>
        <w:t xml:space="preserve"> </w:t>
      </w:r>
      <w:proofErr w:type="spellStart"/>
      <w:r w:rsidR="00E52275" w:rsidRPr="00435BA0">
        <w:rPr>
          <w:rFonts w:ascii="Arial" w:hAnsi="Arial" w:cs="Arial"/>
        </w:rPr>
        <w:t>dəfə</w:t>
      </w:r>
      <w:proofErr w:type="spellEnd"/>
      <w:r w:rsidR="00E52275" w:rsidRPr="00435BA0">
        <w:rPr>
          <w:rFonts w:ascii="Arial" w:hAnsi="Arial" w:cs="Arial"/>
        </w:rPr>
        <w:t xml:space="preserve"> </w:t>
      </w:r>
      <w:proofErr w:type="spellStart"/>
      <w:r w:rsidR="00E52275" w:rsidRPr="00435BA0">
        <w:rPr>
          <w:rFonts w:ascii="Arial" w:hAnsi="Arial" w:cs="Arial"/>
        </w:rPr>
        <w:t>göndərilə</w:t>
      </w:r>
      <w:proofErr w:type="spellEnd"/>
      <w:r w:rsidR="00E52275" w:rsidRPr="00435BA0">
        <w:rPr>
          <w:rFonts w:ascii="Arial" w:hAnsi="Arial" w:cs="Arial"/>
        </w:rPr>
        <w:t xml:space="preserve"> </w:t>
      </w:r>
      <w:proofErr w:type="spellStart"/>
      <w:r w:rsidR="00E52275" w:rsidRPr="00435BA0">
        <w:rPr>
          <w:rFonts w:ascii="Arial" w:hAnsi="Arial" w:cs="Arial"/>
        </w:rPr>
        <w:t>bilər</w:t>
      </w:r>
      <w:proofErr w:type="spellEnd"/>
      <w:r>
        <w:rPr>
          <w:rFonts w:ascii="Arial" w:hAnsi="Arial" w:cs="Arial"/>
          <w:lang w:val="en-GB"/>
        </w:rPr>
        <w:t>;</w:t>
      </w:r>
      <w:r w:rsidR="00E52275" w:rsidRPr="00435BA0">
        <w:rPr>
          <w:rFonts w:ascii="Arial" w:hAnsi="Arial" w:cs="Arial"/>
        </w:rPr>
        <w:br/>
      </w:r>
      <w:r w:rsidRPr="00435BA0">
        <w:rPr>
          <w:rFonts w:ascii="Arial" w:hAnsi="Arial" w:cs="Arial"/>
          <w:b/>
          <w:bCs/>
        </w:rPr>
        <w:t>6.2.</w:t>
      </w:r>
      <w:r>
        <w:rPr>
          <w:rFonts w:ascii="Arial" w:hAnsi="Arial" w:cs="Arial"/>
        </w:rPr>
        <w:t xml:space="preserve"> </w:t>
      </w:r>
      <w:proofErr w:type="spellStart"/>
      <w:r w:rsidR="00E52275" w:rsidRPr="00435BA0">
        <w:rPr>
          <w:rFonts w:ascii="Arial" w:hAnsi="Arial" w:cs="Arial"/>
        </w:rPr>
        <w:t>Hər</w:t>
      </w:r>
      <w:proofErr w:type="spellEnd"/>
      <w:r w:rsidR="00E52275" w:rsidRPr="00435BA0">
        <w:rPr>
          <w:rFonts w:ascii="Arial" w:hAnsi="Arial" w:cs="Arial"/>
        </w:rPr>
        <w:t xml:space="preserve"> </w:t>
      </w:r>
      <w:proofErr w:type="spellStart"/>
      <w:r w:rsidR="00E52275" w:rsidRPr="00435BA0">
        <w:rPr>
          <w:rFonts w:ascii="Arial" w:hAnsi="Arial" w:cs="Arial"/>
        </w:rPr>
        <w:t>hansı</w:t>
      </w:r>
      <w:proofErr w:type="spellEnd"/>
      <w:r w:rsidR="00E52275" w:rsidRPr="00435BA0">
        <w:rPr>
          <w:rFonts w:ascii="Arial" w:hAnsi="Arial" w:cs="Arial"/>
        </w:rPr>
        <w:t xml:space="preserve"> </w:t>
      </w:r>
      <w:proofErr w:type="spellStart"/>
      <w:r w:rsidR="00E52275" w:rsidRPr="00435BA0">
        <w:rPr>
          <w:rFonts w:ascii="Arial" w:hAnsi="Arial" w:cs="Arial"/>
        </w:rPr>
        <w:t>dəyişiklik</w:t>
      </w:r>
      <w:proofErr w:type="spellEnd"/>
      <w:r w:rsidR="00E52275" w:rsidRPr="00435BA0">
        <w:rPr>
          <w:rFonts w:ascii="Arial" w:hAnsi="Arial" w:cs="Arial"/>
        </w:rPr>
        <w:t xml:space="preserve"> </w:t>
      </w:r>
      <w:proofErr w:type="spellStart"/>
      <w:r w:rsidR="00E52275" w:rsidRPr="00435BA0">
        <w:rPr>
          <w:rFonts w:ascii="Arial" w:hAnsi="Arial" w:cs="Arial"/>
        </w:rPr>
        <w:t>üçün</w:t>
      </w:r>
      <w:proofErr w:type="spellEnd"/>
      <w:r w:rsidR="00E52275" w:rsidRPr="00435BA0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təşkilatçılar</w:t>
      </w:r>
      <w:proofErr w:type="spellEnd"/>
      <w:r w:rsidR="00E52275" w:rsidRPr="00435BA0">
        <w:rPr>
          <w:rFonts w:ascii="Arial" w:hAnsi="Arial" w:cs="Arial"/>
        </w:rPr>
        <w:t xml:space="preserve"> </w:t>
      </w:r>
      <w:proofErr w:type="spellStart"/>
      <w:r w:rsidR="00E52275" w:rsidRPr="00435BA0">
        <w:rPr>
          <w:rFonts w:ascii="Arial" w:hAnsi="Arial" w:cs="Arial"/>
        </w:rPr>
        <w:t>ilə</w:t>
      </w:r>
      <w:proofErr w:type="spellEnd"/>
      <w:r w:rsidR="00E52275" w:rsidRPr="00435BA0">
        <w:rPr>
          <w:rFonts w:ascii="Arial" w:hAnsi="Arial" w:cs="Arial"/>
        </w:rPr>
        <w:t xml:space="preserve"> </w:t>
      </w:r>
      <w:proofErr w:type="spellStart"/>
      <w:r w:rsidR="00E52275" w:rsidRPr="00435BA0">
        <w:rPr>
          <w:rFonts w:ascii="Arial" w:hAnsi="Arial" w:cs="Arial"/>
        </w:rPr>
        <w:t>əvvəlcədən</w:t>
      </w:r>
      <w:proofErr w:type="spellEnd"/>
      <w:r w:rsidR="00E52275" w:rsidRPr="00435BA0">
        <w:rPr>
          <w:rFonts w:ascii="Arial" w:hAnsi="Arial" w:cs="Arial"/>
        </w:rPr>
        <w:t xml:space="preserve"> </w:t>
      </w:r>
      <w:proofErr w:type="spellStart"/>
      <w:r w:rsidR="00E52275" w:rsidRPr="00435BA0">
        <w:rPr>
          <w:rFonts w:ascii="Arial" w:hAnsi="Arial" w:cs="Arial"/>
        </w:rPr>
        <w:t>əlaqə</w:t>
      </w:r>
      <w:proofErr w:type="spellEnd"/>
      <w:r w:rsidR="00E52275" w:rsidRPr="00435BA0">
        <w:rPr>
          <w:rFonts w:ascii="Arial" w:hAnsi="Arial" w:cs="Arial"/>
        </w:rPr>
        <w:t xml:space="preserve"> </w:t>
      </w:r>
      <w:proofErr w:type="spellStart"/>
      <w:r w:rsidR="00E52275" w:rsidRPr="00435BA0">
        <w:rPr>
          <w:rFonts w:ascii="Arial" w:hAnsi="Arial" w:cs="Arial"/>
        </w:rPr>
        <w:t>saxlan</w:t>
      </w:r>
      <w:r>
        <w:rPr>
          <w:rFonts w:ascii="Arial" w:hAnsi="Arial" w:cs="Arial"/>
        </w:rPr>
        <w:t>ıl</w:t>
      </w:r>
      <w:r w:rsidR="00E52275" w:rsidRPr="00435BA0">
        <w:rPr>
          <w:rFonts w:ascii="Arial" w:hAnsi="Arial" w:cs="Arial"/>
        </w:rPr>
        <w:t>malıdır</w:t>
      </w:r>
      <w:proofErr w:type="spellEnd"/>
      <w:r>
        <w:rPr>
          <w:rFonts w:ascii="Arial" w:hAnsi="Arial" w:cs="Arial"/>
        </w:rPr>
        <w:t>;</w:t>
      </w:r>
      <w:r w:rsidR="00E52275" w:rsidRPr="00435BA0">
        <w:rPr>
          <w:rFonts w:ascii="Arial" w:hAnsi="Arial" w:cs="Arial"/>
        </w:rPr>
        <w:br/>
      </w:r>
      <w:r w:rsidRPr="00435BA0">
        <w:rPr>
          <w:rFonts w:ascii="Arial" w:hAnsi="Arial" w:cs="Arial"/>
          <w:b/>
          <w:bCs/>
        </w:rPr>
        <w:t>6.3.</w:t>
      </w:r>
      <w:r>
        <w:rPr>
          <w:rFonts w:ascii="Arial" w:hAnsi="Arial" w:cs="Arial"/>
        </w:rPr>
        <w:t xml:space="preserve"> </w:t>
      </w:r>
      <w:proofErr w:type="spellStart"/>
      <w:r w:rsidR="00E52275" w:rsidRPr="00435BA0">
        <w:rPr>
          <w:rFonts w:ascii="Arial" w:hAnsi="Arial" w:cs="Arial"/>
        </w:rPr>
        <w:t>Yuxarıda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qeyd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olunan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E52275" w:rsidRPr="00435BA0">
        <w:rPr>
          <w:rFonts w:ascii="Arial" w:hAnsi="Arial" w:cs="Arial"/>
        </w:rPr>
        <w:t>tələblərə</w:t>
      </w:r>
      <w:proofErr w:type="spellEnd"/>
      <w:r w:rsidR="00E52275" w:rsidRPr="00435BA0">
        <w:rPr>
          <w:rFonts w:ascii="Arial" w:hAnsi="Arial" w:cs="Arial"/>
        </w:rPr>
        <w:t xml:space="preserve"> </w:t>
      </w:r>
      <w:proofErr w:type="spellStart"/>
      <w:r w:rsidR="00E52275" w:rsidRPr="00435BA0">
        <w:rPr>
          <w:rFonts w:ascii="Arial" w:hAnsi="Arial" w:cs="Arial"/>
        </w:rPr>
        <w:t>uyğun</w:t>
      </w:r>
      <w:proofErr w:type="spellEnd"/>
      <w:r w:rsidR="00E52275" w:rsidRPr="00435BA0">
        <w:rPr>
          <w:rFonts w:ascii="Arial" w:hAnsi="Arial" w:cs="Arial"/>
        </w:rPr>
        <w:t xml:space="preserve"> </w:t>
      </w:r>
      <w:proofErr w:type="spellStart"/>
      <w:r w:rsidR="00E52275" w:rsidRPr="00435BA0">
        <w:rPr>
          <w:rFonts w:ascii="Arial" w:hAnsi="Arial" w:cs="Arial"/>
        </w:rPr>
        <w:t>olmayan</w:t>
      </w:r>
      <w:proofErr w:type="spellEnd"/>
      <w:r w:rsidR="00E52275" w:rsidRPr="00435BA0">
        <w:rPr>
          <w:rFonts w:ascii="Arial" w:hAnsi="Arial" w:cs="Arial"/>
        </w:rPr>
        <w:t xml:space="preserve"> </w:t>
      </w:r>
      <w:proofErr w:type="spellStart"/>
      <w:r w:rsidR="00E52275" w:rsidRPr="00435BA0">
        <w:rPr>
          <w:rFonts w:ascii="Arial" w:hAnsi="Arial" w:cs="Arial"/>
        </w:rPr>
        <w:t>təqdimatlar</w:t>
      </w:r>
      <w:proofErr w:type="spellEnd"/>
      <w:r w:rsidR="00E52275" w:rsidRPr="00435BA0">
        <w:rPr>
          <w:rFonts w:ascii="Arial" w:hAnsi="Arial" w:cs="Arial"/>
        </w:rPr>
        <w:t xml:space="preserve"> </w:t>
      </w:r>
      <w:proofErr w:type="spellStart"/>
      <w:r w:rsidR="00E52275" w:rsidRPr="00435BA0">
        <w:rPr>
          <w:rFonts w:ascii="Arial" w:hAnsi="Arial" w:cs="Arial"/>
        </w:rPr>
        <w:t>qəbul</w:t>
      </w:r>
      <w:proofErr w:type="spellEnd"/>
      <w:r w:rsidR="00E52275" w:rsidRPr="00435BA0">
        <w:rPr>
          <w:rFonts w:ascii="Arial" w:hAnsi="Arial" w:cs="Arial"/>
        </w:rPr>
        <w:t xml:space="preserve"> </w:t>
      </w:r>
      <w:proofErr w:type="spellStart"/>
      <w:r w:rsidR="00E52275" w:rsidRPr="00435BA0">
        <w:rPr>
          <w:rFonts w:ascii="Arial" w:hAnsi="Arial" w:cs="Arial"/>
        </w:rPr>
        <w:t>edilməyəcək</w:t>
      </w:r>
      <w:proofErr w:type="spellEnd"/>
      <w:r>
        <w:rPr>
          <w:rFonts w:ascii="Arial" w:hAnsi="Arial" w:cs="Arial"/>
        </w:rPr>
        <w:t>;</w:t>
      </w:r>
      <w:r w:rsidR="00E52275" w:rsidRPr="00435BA0">
        <w:rPr>
          <w:rFonts w:ascii="Arial" w:hAnsi="Arial" w:cs="Arial"/>
        </w:rPr>
        <w:br/>
      </w:r>
      <w:r w:rsidRPr="00435BA0">
        <w:rPr>
          <w:rFonts w:ascii="Arial" w:hAnsi="Arial" w:cs="Arial"/>
          <w:b/>
          <w:bCs/>
        </w:rPr>
        <w:t>6.4.</w:t>
      </w:r>
      <w:r>
        <w:rPr>
          <w:rFonts w:ascii="Arial" w:hAnsi="Arial" w:cs="Arial"/>
        </w:rPr>
        <w:t xml:space="preserve"> </w:t>
      </w:r>
      <w:proofErr w:type="spellStart"/>
      <w:r w:rsidR="00E52275" w:rsidRPr="00435BA0">
        <w:rPr>
          <w:rFonts w:ascii="Arial" w:hAnsi="Arial" w:cs="Arial"/>
        </w:rPr>
        <w:t>Fərdi</w:t>
      </w:r>
      <w:proofErr w:type="spellEnd"/>
      <w:r w:rsidR="00E52275" w:rsidRPr="00435BA0">
        <w:rPr>
          <w:rFonts w:ascii="Arial" w:hAnsi="Arial" w:cs="Arial"/>
        </w:rPr>
        <w:t xml:space="preserve"> </w:t>
      </w:r>
      <w:proofErr w:type="spellStart"/>
      <w:r w:rsidR="00E52275" w:rsidRPr="00435BA0">
        <w:rPr>
          <w:rFonts w:ascii="Arial" w:hAnsi="Arial" w:cs="Arial"/>
        </w:rPr>
        <w:t>dizayn</w:t>
      </w:r>
      <w:proofErr w:type="spellEnd"/>
      <w:r w:rsidR="00E52275" w:rsidRPr="00435BA0">
        <w:rPr>
          <w:rFonts w:ascii="Arial" w:hAnsi="Arial" w:cs="Arial"/>
        </w:rPr>
        <w:t xml:space="preserve"> </w:t>
      </w:r>
      <w:proofErr w:type="spellStart"/>
      <w:r w:rsidR="00E52275" w:rsidRPr="00435BA0">
        <w:rPr>
          <w:rFonts w:ascii="Arial" w:hAnsi="Arial" w:cs="Arial"/>
        </w:rPr>
        <w:t>və</w:t>
      </w:r>
      <w:proofErr w:type="spellEnd"/>
      <w:r w:rsidR="00E52275" w:rsidRPr="00435BA0">
        <w:rPr>
          <w:rFonts w:ascii="Arial" w:hAnsi="Arial" w:cs="Arial"/>
        </w:rPr>
        <w:t xml:space="preserve"> </w:t>
      </w:r>
      <w:proofErr w:type="spellStart"/>
      <w:r w:rsidR="00E52275" w:rsidRPr="00435BA0">
        <w:rPr>
          <w:rFonts w:ascii="Arial" w:hAnsi="Arial" w:cs="Arial"/>
        </w:rPr>
        <w:t>mühəndislik</w:t>
      </w:r>
      <w:proofErr w:type="spellEnd"/>
      <w:r w:rsidR="00E52275" w:rsidRPr="00435BA0">
        <w:rPr>
          <w:rFonts w:ascii="Arial" w:hAnsi="Arial" w:cs="Arial"/>
        </w:rPr>
        <w:t xml:space="preserve"> </w:t>
      </w:r>
      <w:proofErr w:type="spellStart"/>
      <w:r w:rsidR="00E52275" w:rsidRPr="00435BA0">
        <w:rPr>
          <w:rFonts w:ascii="Arial" w:hAnsi="Arial" w:cs="Arial"/>
        </w:rPr>
        <w:t>sübutları</w:t>
      </w:r>
      <w:proofErr w:type="spellEnd"/>
      <w:r w:rsidR="00E52275" w:rsidRPr="00435BA0">
        <w:rPr>
          <w:rFonts w:ascii="Arial" w:hAnsi="Arial" w:cs="Arial"/>
        </w:rPr>
        <w:t xml:space="preserve"> </w:t>
      </w:r>
      <w:proofErr w:type="spellStart"/>
      <w:r w:rsidR="00E52275" w:rsidRPr="00435BA0">
        <w:rPr>
          <w:rFonts w:ascii="Arial" w:hAnsi="Arial" w:cs="Arial"/>
        </w:rPr>
        <w:t>olmayan</w:t>
      </w:r>
      <w:proofErr w:type="spellEnd"/>
      <w:r w:rsidR="00E52275" w:rsidRPr="00435BA0">
        <w:rPr>
          <w:rFonts w:ascii="Arial" w:hAnsi="Arial" w:cs="Arial"/>
        </w:rPr>
        <w:t xml:space="preserve"> </w:t>
      </w:r>
      <w:proofErr w:type="spellStart"/>
      <w:r w:rsidR="00E52275" w:rsidRPr="00435BA0">
        <w:rPr>
          <w:rFonts w:ascii="Arial" w:hAnsi="Arial" w:cs="Arial"/>
        </w:rPr>
        <w:t>komandalar</w:t>
      </w:r>
      <w:proofErr w:type="spellEnd"/>
      <w:r w:rsidR="00E52275" w:rsidRPr="00435BA0">
        <w:rPr>
          <w:rFonts w:ascii="Arial" w:hAnsi="Arial" w:cs="Arial"/>
        </w:rPr>
        <w:t xml:space="preserve"> </w:t>
      </w:r>
      <w:proofErr w:type="spellStart"/>
      <w:r w:rsidR="00E52275" w:rsidRPr="00435BA0">
        <w:rPr>
          <w:rFonts w:ascii="Arial" w:hAnsi="Arial" w:cs="Arial"/>
        </w:rPr>
        <w:t>həmin</w:t>
      </w:r>
      <w:proofErr w:type="spellEnd"/>
      <w:r w:rsidR="00E52275" w:rsidRPr="00435BA0">
        <w:rPr>
          <w:rFonts w:ascii="Arial" w:hAnsi="Arial" w:cs="Arial"/>
        </w:rPr>
        <w:t xml:space="preserve"> </w:t>
      </w:r>
      <w:proofErr w:type="spellStart"/>
      <w:r w:rsidR="00E52275" w:rsidRPr="00435BA0">
        <w:rPr>
          <w:rFonts w:ascii="Arial" w:hAnsi="Arial" w:cs="Arial"/>
        </w:rPr>
        <w:t>bölmələr</w:t>
      </w:r>
      <w:proofErr w:type="spellEnd"/>
      <w:r w:rsidR="00E52275" w:rsidRPr="00435BA0">
        <w:rPr>
          <w:rFonts w:ascii="Arial" w:hAnsi="Arial" w:cs="Arial"/>
        </w:rPr>
        <w:t xml:space="preserve"> </w:t>
      </w:r>
      <w:proofErr w:type="spellStart"/>
      <w:r w:rsidR="00E52275" w:rsidRPr="00435BA0">
        <w:rPr>
          <w:rFonts w:ascii="Arial" w:hAnsi="Arial" w:cs="Arial"/>
        </w:rPr>
        <w:t>üzrə</w:t>
      </w:r>
      <w:proofErr w:type="spellEnd"/>
      <w:r w:rsidR="00E52275" w:rsidRPr="00435BA0">
        <w:rPr>
          <w:rFonts w:ascii="Arial" w:hAnsi="Arial" w:cs="Arial"/>
        </w:rPr>
        <w:t xml:space="preserve"> </w:t>
      </w:r>
      <w:proofErr w:type="spellStart"/>
      <w:r w:rsidR="00E52275" w:rsidRPr="00435BA0">
        <w:rPr>
          <w:rFonts w:ascii="Arial" w:hAnsi="Arial" w:cs="Arial"/>
        </w:rPr>
        <w:t>bal</w:t>
      </w:r>
      <w:proofErr w:type="spellEnd"/>
      <w:r w:rsidR="00E52275" w:rsidRPr="00435BA0">
        <w:rPr>
          <w:rFonts w:ascii="Arial" w:hAnsi="Arial" w:cs="Arial"/>
        </w:rPr>
        <w:t xml:space="preserve"> </w:t>
      </w:r>
      <w:proofErr w:type="spellStart"/>
      <w:r w:rsidR="00E52275" w:rsidRPr="00435BA0">
        <w:rPr>
          <w:rFonts w:ascii="Arial" w:hAnsi="Arial" w:cs="Arial"/>
        </w:rPr>
        <w:t>almayacaq</w:t>
      </w:r>
      <w:proofErr w:type="spellEnd"/>
      <w:r w:rsidR="00E52275" w:rsidRPr="00435BA0">
        <w:rPr>
          <w:rFonts w:ascii="Arial" w:hAnsi="Arial" w:cs="Arial"/>
        </w:rPr>
        <w:t>.</w:t>
      </w:r>
    </w:p>
    <w:sectPr w:rsidR="005A3E32" w:rsidRPr="00435BA0" w:rsidSect="00A73563">
      <w:headerReference w:type="default" r:id="rId12"/>
      <w:footerReference w:type="default" r:id="rId13"/>
      <w:pgSz w:w="11906" w:h="16838" w:code="9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F5DFA" w14:textId="77777777" w:rsidR="0032797D" w:rsidRDefault="0032797D" w:rsidP="00C57230">
      <w:pPr>
        <w:spacing w:after="0" w:line="240" w:lineRule="auto"/>
      </w:pPr>
      <w:r>
        <w:separator/>
      </w:r>
    </w:p>
  </w:endnote>
  <w:endnote w:type="continuationSeparator" w:id="0">
    <w:p w14:paraId="367C5B3B" w14:textId="77777777" w:rsidR="0032797D" w:rsidRDefault="0032797D" w:rsidP="00C57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449566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A5C45F" w14:textId="1908D94F" w:rsidR="00C57230" w:rsidRDefault="00C57230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870D157" w14:textId="77777777" w:rsidR="00C57230" w:rsidRDefault="00C5723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DB54CB" w14:textId="77777777" w:rsidR="0032797D" w:rsidRDefault="0032797D" w:rsidP="00C57230">
      <w:pPr>
        <w:spacing w:after="0" w:line="240" w:lineRule="auto"/>
      </w:pPr>
      <w:r>
        <w:separator/>
      </w:r>
    </w:p>
  </w:footnote>
  <w:footnote w:type="continuationSeparator" w:id="0">
    <w:p w14:paraId="7A3798DA" w14:textId="77777777" w:rsidR="0032797D" w:rsidRDefault="0032797D" w:rsidP="00C572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D2CA0" w14:textId="6416E133" w:rsidR="00C57230" w:rsidRPr="00A73563" w:rsidRDefault="00C57230" w:rsidP="001864AC">
    <w:pPr>
      <w:pStyle w:val="a5"/>
      <w:ind w:right="-1050"/>
      <w:jc w:val="right"/>
      <w:rPr>
        <w:rFonts w:ascii="Segoe UI" w:hAnsi="Segoe UI" w:cs="Segoe UI"/>
        <w:i/>
        <w:iCs/>
        <w:sz w:val="24"/>
        <w:szCs w:val="24"/>
      </w:rPr>
    </w:pPr>
    <w:r w:rsidRPr="00A73563">
      <w:rPr>
        <w:rFonts w:ascii="Segoe UI" w:hAnsi="Segoe UI" w:cs="Segoe UI"/>
        <w:i/>
        <w:iCs/>
        <w:sz w:val="24"/>
        <w:szCs w:val="24"/>
      </w:rPr>
      <w:t xml:space="preserve">Red. </w:t>
    </w:r>
    <w:r w:rsidR="00A73563" w:rsidRPr="00A73563">
      <w:rPr>
        <w:rFonts w:ascii="Segoe UI" w:hAnsi="Segoe UI" w:cs="Segoe UI"/>
        <w:i/>
        <w:iCs/>
        <w:sz w:val="24"/>
        <w:szCs w:val="24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31374587"/>
    <w:multiLevelType w:val="hybridMultilevel"/>
    <w:tmpl w:val="08BA48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9D1B3B"/>
    <w:multiLevelType w:val="hybridMultilevel"/>
    <w:tmpl w:val="72EE9D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E832E2"/>
    <w:multiLevelType w:val="hybridMultilevel"/>
    <w:tmpl w:val="6B3A02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F990DA3"/>
    <w:multiLevelType w:val="hybridMultilevel"/>
    <w:tmpl w:val="D1C4C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12"/>
  </w:num>
  <w:num w:numId="12">
    <w:abstractNumId w:val="1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37E33"/>
    <w:rsid w:val="000504B0"/>
    <w:rsid w:val="0006063C"/>
    <w:rsid w:val="0014569C"/>
    <w:rsid w:val="0015074B"/>
    <w:rsid w:val="001864AC"/>
    <w:rsid w:val="001D557E"/>
    <w:rsid w:val="001E1788"/>
    <w:rsid w:val="0029639D"/>
    <w:rsid w:val="00326F90"/>
    <w:rsid w:val="0032797D"/>
    <w:rsid w:val="00344C22"/>
    <w:rsid w:val="003A59AB"/>
    <w:rsid w:val="003E125F"/>
    <w:rsid w:val="003E2B38"/>
    <w:rsid w:val="00435BA0"/>
    <w:rsid w:val="005A3E32"/>
    <w:rsid w:val="005C0F19"/>
    <w:rsid w:val="00664110"/>
    <w:rsid w:val="007C0EFB"/>
    <w:rsid w:val="007C2E82"/>
    <w:rsid w:val="007C55DA"/>
    <w:rsid w:val="007E1803"/>
    <w:rsid w:val="008A03C1"/>
    <w:rsid w:val="00A73563"/>
    <w:rsid w:val="00AA1D8D"/>
    <w:rsid w:val="00B47730"/>
    <w:rsid w:val="00C57230"/>
    <w:rsid w:val="00CA0343"/>
    <w:rsid w:val="00CB0664"/>
    <w:rsid w:val="00CF34B5"/>
    <w:rsid w:val="00D54D5D"/>
    <w:rsid w:val="00DC4BAB"/>
    <w:rsid w:val="00E52275"/>
    <w:rsid w:val="00EC53C2"/>
    <w:rsid w:val="00EE2AED"/>
    <w:rsid w:val="00EF115A"/>
    <w:rsid w:val="00EF7632"/>
    <w:rsid w:val="00F318AD"/>
    <w:rsid w:val="00F578A5"/>
    <w:rsid w:val="00FC5F6C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24CD8D1"/>
  <w14:defaultImageDpi w14:val="300"/>
  <w15:docId w15:val="{D64B5282-4ED1-42B8-9E8E-A578BBE33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3A59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70C0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3A59AB"/>
    <w:rPr>
      <w:rFonts w:asciiTheme="majorHAnsi" w:eastAsiaTheme="majorEastAsia" w:hAnsiTheme="majorHAnsi" w:cstheme="majorBidi"/>
      <w:b/>
      <w:bCs/>
      <w:color w:val="0070C0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392</Words>
  <Characters>2239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2626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Gulnar Khanaliyeva</cp:lastModifiedBy>
  <cp:revision>9</cp:revision>
  <dcterms:created xsi:type="dcterms:W3CDTF">2025-05-13T11:46:00Z</dcterms:created>
  <dcterms:modified xsi:type="dcterms:W3CDTF">2025-05-23T07:12:00Z</dcterms:modified>
  <cp:category/>
</cp:coreProperties>
</file>