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15DA3" w14:textId="6A20F7F4" w:rsidR="002A3970" w:rsidRDefault="002A3970" w:rsidP="008535DF">
      <w:pPr>
        <w:pStyle w:val="Title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4176" behindDoc="0" locked="0" layoutInCell="1" allowOverlap="1" wp14:anchorId="34E9357D" wp14:editId="765FDE1B">
            <wp:simplePos x="0" y="0"/>
            <wp:positionH relativeFrom="column">
              <wp:posOffset>-1183341</wp:posOffset>
            </wp:positionH>
            <wp:positionV relativeFrom="paragraph">
              <wp:posOffset>-968188</wp:posOffset>
            </wp:positionV>
            <wp:extent cx="7664823" cy="10796763"/>
            <wp:effectExtent l="0" t="0" r="0" b="5080"/>
            <wp:wrapNone/>
            <wp:docPr id="124763752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37521" name="Graphic 124763752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823" cy="10796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598B0" w14:textId="0506F133" w:rsidR="002A3970" w:rsidRDefault="002A3970">
      <w:pPr>
        <w:rPr>
          <w:rFonts w:ascii="Arial" w:eastAsiaTheme="majorEastAsia" w:hAnsi="Arial" w:cs="Arial"/>
          <w:color w:val="17365D" w:themeColor="text2" w:themeShade="BF"/>
          <w:spacing w:val="5"/>
          <w:kern w:val="28"/>
          <w:sz w:val="52"/>
          <w:szCs w:val="52"/>
        </w:rPr>
      </w:pPr>
      <w:r w:rsidRPr="00184805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1D946CA" wp14:editId="3C92D5DF">
                <wp:simplePos x="0" y="0"/>
                <wp:positionH relativeFrom="page">
                  <wp:posOffset>5838825</wp:posOffset>
                </wp:positionH>
                <wp:positionV relativeFrom="paragraph">
                  <wp:posOffset>8117840</wp:posOffset>
                </wp:positionV>
                <wp:extent cx="8665210" cy="1404620"/>
                <wp:effectExtent l="0" t="0" r="0" b="0"/>
                <wp:wrapNone/>
                <wp:docPr id="129226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EAB8B" w14:textId="77777777" w:rsidR="002A3970" w:rsidRPr="006C6FD8" w:rsidRDefault="002A3970" w:rsidP="002A3970">
                            <w:pP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  <w:t xml:space="preserve"> BAKI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D946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9.75pt;margin-top:639.2pt;width:682.3pt;height:110.6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" filled="f" stroked="f">
                <v:textbox style="mso-fit-shape-to-text:t">
                  <w:txbxContent>
                    <w:p w14:paraId="795EAB8B" w14:textId="77777777" w:rsidR="002A3970" w:rsidRPr="006C6FD8" w:rsidRDefault="002A3970" w:rsidP="002A3970">
                      <w:pP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  <w:t xml:space="preserve"> BAKI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4805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2AA829F" wp14:editId="0D21195A">
                <wp:simplePos x="0" y="0"/>
                <wp:positionH relativeFrom="page">
                  <wp:posOffset>2420806</wp:posOffset>
                </wp:positionH>
                <wp:positionV relativeFrom="paragraph">
                  <wp:posOffset>7636659</wp:posOffset>
                </wp:positionV>
                <wp:extent cx="8665210" cy="1404620"/>
                <wp:effectExtent l="0" t="0" r="0" b="0"/>
                <wp:wrapNone/>
                <wp:docPr id="40436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5906B" w14:textId="77777777" w:rsidR="002A3970" w:rsidRPr="00F923B4" w:rsidRDefault="002A3970" w:rsidP="002A39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  <w:lang w:val="az-Latn-A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  <w:lang w:val="az-Latn-AZ"/>
                              </w:rPr>
                              <w:t>YAZILI HESBAT NÜMUNƏSİ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AA829F" id="_x0000_s1027" type="#_x0000_t202" style="position:absolute;margin-left:190.6pt;margin-top:601.3pt;width:682.3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" filled="f" stroked="f">
                <v:textbox style="mso-fit-shape-to-text:t">
                  <w:txbxContent>
                    <w:p w14:paraId="6515906B" w14:textId="77777777" w:rsidR="002A3970" w:rsidRPr="00F923B4" w:rsidRDefault="002A3970" w:rsidP="002A3970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  <w:lang w:val="az-Latn-AZ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  <w:lang w:val="az-Latn-AZ"/>
                        </w:rPr>
                        <w:t>YAZILI HESBAT NÜMUNƏSİ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4805">
        <w:rPr>
          <w:rFonts w:cstheme="minorHAnsi"/>
          <w:noProof/>
          <w:color w:val="4BACC6" w:themeColor="accent5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B8802C7" wp14:editId="79AAA483">
                <wp:simplePos x="0" y="0"/>
                <wp:positionH relativeFrom="column">
                  <wp:posOffset>1761938</wp:posOffset>
                </wp:positionH>
                <wp:positionV relativeFrom="paragraph">
                  <wp:posOffset>5309198</wp:posOffset>
                </wp:positionV>
                <wp:extent cx="7583805" cy="635000"/>
                <wp:effectExtent l="0" t="0" r="0" b="0"/>
                <wp:wrapNone/>
                <wp:docPr id="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3805" cy="635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2FBBBC" w14:textId="77777777" w:rsidR="002A3970" w:rsidRPr="00E40CB1" w:rsidRDefault="002A3970" w:rsidP="002A3970">
                            <w:pPr>
                              <w:rPr>
                                <w:sz w:val="108"/>
                                <w:szCs w:val="108"/>
                              </w:rPr>
                            </w:pPr>
                            <w:r w:rsidRPr="00E40CB1">
                              <w:rPr>
                                <w:rFonts w:ascii="Arial" w:eastAsia="Arial" w:hAnsi="Arial" w:cs="Arial"/>
                                <w:b/>
                                <w:color w:val="BCD6EE"/>
                                <w:sz w:val="108"/>
                                <w:szCs w:val="108"/>
                              </w:rPr>
                              <w:t>VIDX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802C7" id="Rectangle 1" o:spid="_x0000_s1028" style="position:absolute;margin-left:138.75pt;margin-top:418.05pt;width:597.15pt;height:50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" filled="f" stroked="f">
                <v:textbox inset="0,0,0,0">
                  <w:txbxContent>
                    <w:p w14:paraId="512FBBBC" w14:textId="77777777" w:rsidR="002A3970" w:rsidRPr="00E40CB1" w:rsidRDefault="002A3970" w:rsidP="002A3970">
                      <w:pPr>
                        <w:rPr>
                          <w:sz w:val="108"/>
                          <w:szCs w:val="108"/>
                        </w:rPr>
                      </w:pPr>
                      <w:r w:rsidRPr="00E40CB1">
                        <w:rPr>
                          <w:rFonts w:ascii="Arial" w:eastAsia="Arial" w:hAnsi="Arial" w:cs="Arial"/>
                          <w:b/>
                          <w:color w:val="BCD6EE"/>
                          <w:sz w:val="108"/>
                          <w:szCs w:val="108"/>
                        </w:rPr>
                        <w:t>VIDX</w:t>
                      </w:r>
                    </w:p>
                  </w:txbxContent>
                </v:textbox>
              </v:rect>
            </w:pict>
          </mc:Fallback>
        </mc:AlternateContent>
      </w:r>
      <w:r w:rsidRPr="00184805">
        <w:rPr>
          <w:rFonts w:cstheme="minorHAnsi"/>
          <w:noProof/>
        </w:rPr>
        <w:drawing>
          <wp:anchor distT="0" distB="0" distL="114300" distR="114300" simplePos="0" relativeHeight="251637248" behindDoc="0" locked="0" layoutInCell="1" allowOverlap="1" wp14:anchorId="04E5FC83" wp14:editId="5F008FEF">
            <wp:simplePos x="0" y="0"/>
            <wp:positionH relativeFrom="margin">
              <wp:posOffset>1304701</wp:posOffset>
            </wp:positionH>
            <wp:positionV relativeFrom="paragraph">
              <wp:posOffset>845895</wp:posOffset>
            </wp:positionV>
            <wp:extent cx="2661719" cy="2895594"/>
            <wp:effectExtent l="0" t="0" r="5715" b="635"/>
            <wp:wrapNone/>
            <wp:docPr id="213994585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945854" name="Graphic 2139945854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719" cy="2895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14:paraId="57084C19" w14:textId="648223D5" w:rsidR="003D5F41" w:rsidRPr="002A3970" w:rsidRDefault="00C63943" w:rsidP="008535DF">
      <w:pPr>
        <w:pStyle w:val="Title"/>
        <w:jc w:val="center"/>
        <w:rPr>
          <w:rFonts w:ascii="Arial" w:hAnsi="Arial" w:cs="Arial"/>
        </w:rPr>
      </w:pPr>
      <w:r w:rsidRPr="002A3970">
        <w:rPr>
          <w:rFonts w:ascii="Arial" w:hAnsi="Arial" w:cs="Arial"/>
        </w:rPr>
        <w:lastRenderedPageBreak/>
        <w:t>Yazılı</w:t>
      </w:r>
      <w:r w:rsidR="00971823" w:rsidRPr="002A3970">
        <w:rPr>
          <w:rFonts w:ascii="Arial" w:hAnsi="Arial" w:cs="Arial"/>
        </w:rPr>
        <w:t xml:space="preserve"> </w:t>
      </w:r>
      <w:r w:rsidR="00BB789D" w:rsidRPr="002A3970">
        <w:rPr>
          <w:rFonts w:ascii="Arial" w:hAnsi="Arial" w:cs="Arial"/>
        </w:rPr>
        <w:t xml:space="preserve">hesabat </w:t>
      </w:r>
      <w:r w:rsidR="003E2BD0" w:rsidRPr="002A3970">
        <w:rPr>
          <w:rFonts w:ascii="Arial" w:hAnsi="Arial" w:cs="Arial"/>
        </w:rPr>
        <w:t>nümunəsi</w:t>
      </w:r>
    </w:p>
    <w:p w14:paraId="745C2EA0" w14:textId="0245BC05" w:rsidR="003D5F41" w:rsidRPr="00C52230" w:rsidRDefault="00971823">
      <w:pPr>
        <w:pStyle w:val="Heading1"/>
        <w:rPr>
          <w:rFonts w:ascii="Arial" w:hAnsi="Arial" w:cs="Arial"/>
          <w:sz w:val="40"/>
          <w:szCs w:val="40"/>
        </w:rPr>
      </w:pPr>
      <w:r w:rsidRPr="00C52230">
        <w:rPr>
          <w:rFonts w:ascii="Arial" w:hAnsi="Arial" w:cs="Arial"/>
          <w:sz w:val="40"/>
          <w:szCs w:val="40"/>
        </w:rPr>
        <w:t xml:space="preserve">1. Titul </w:t>
      </w:r>
      <w:r w:rsidR="003E2BD0" w:rsidRPr="00C52230">
        <w:rPr>
          <w:rFonts w:ascii="Arial" w:hAnsi="Arial" w:cs="Arial"/>
          <w:sz w:val="40"/>
          <w:szCs w:val="40"/>
        </w:rPr>
        <w:t>v</w:t>
      </w:r>
      <w:r w:rsidRPr="00C52230">
        <w:rPr>
          <w:rFonts w:ascii="Arial" w:hAnsi="Arial" w:cs="Arial"/>
          <w:sz w:val="40"/>
          <w:szCs w:val="40"/>
        </w:rPr>
        <w:t>ərəqi</w:t>
      </w:r>
    </w:p>
    <w:p w14:paraId="55C6235D" w14:textId="77777777" w:rsidR="00BB789D" w:rsidRPr="002B782B" w:rsidRDefault="00BB789D" w:rsidP="00BB789D">
      <w:pPr>
        <w:rPr>
          <w:rFonts w:ascii="Arial" w:hAnsi="Arial" w:cs="Arial"/>
        </w:rPr>
      </w:pPr>
    </w:p>
    <w:p w14:paraId="0F759E46" w14:textId="75BE9743" w:rsidR="003D5F41" w:rsidRPr="002B782B" w:rsidRDefault="00971823">
      <w:pPr>
        <w:rPr>
          <w:rFonts w:ascii="Arial" w:hAnsi="Arial" w:cs="Arial"/>
        </w:rPr>
      </w:pPr>
      <w:r w:rsidRPr="002B782B">
        <w:rPr>
          <w:rFonts w:ascii="Arial" w:hAnsi="Arial" w:cs="Arial"/>
        </w:rPr>
        <w:t xml:space="preserve">a) Komandanın Seçdiyi </w:t>
      </w:r>
      <w:r w:rsidR="003E2BD0" w:rsidRPr="002B782B">
        <w:rPr>
          <w:rFonts w:ascii="Arial" w:hAnsi="Arial" w:cs="Arial"/>
        </w:rPr>
        <w:t>m</w:t>
      </w:r>
      <w:r w:rsidRPr="002B782B">
        <w:rPr>
          <w:rFonts w:ascii="Arial" w:hAnsi="Arial" w:cs="Arial"/>
        </w:rPr>
        <w:t>övzu və Janr: ___________________________________________</w:t>
      </w:r>
    </w:p>
    <w:p w14:paraId="2E45975B" w14:textId="66AE88BA" w:rsidR="003D5F41" w:rsidRPr="002B782B" w:rsidRDefault="00971823">
      <w:pPr>
        <w:rPr>
          <w:rFonts w:ascii="Arial" w:hAnsi="Arial" w:cs="Arial"/>
        </w:rPr>
      </w:pPr>
      <w:r w:rsidRPr="002B782B">
        <w:rPr>
          <w:rFonts w:ascii="Arial" w:hAnsi="Arial" w:cs="Arial"/>
        </w:rPr>
        <w:t xml:space="preserve">b) Animasiya </w:t>
      </w:r>
      <w:r w:rsidR="003E2BD0" w:rsidRPr="002B782B">
        <w:rPr>
          <w:rFonts w:ascii="Arial" w:hAnsi="Arial" w:cs="Arial"/>
        </w:rPr>
        <w:t>f</w:t>
      </w:r>
      <w:r w:rsidRPr="002B782B">
        <w:rPr>
          <w:rFonts w:ascii="Arial" w:hAnsi="Arial" w:cs="Arial"/>
        </w:rPr>
        <w:t>ilminin Adı: ________________________________________________________</w:t>
      </w:r>
    </w:p>
    <w:p w14:paraId="3ECC532D" w14:textId="5FDCFC9B" w:rsidR="003D5F41" w:rsidRPr="002B782B" w:rsidRDefault="00971823">
      <w:pPr>
        <w:rPr>
          <w:rFonts w:ascii="Arial" w:hAnsi="Arial" w:cs="Arial"/>
        </w:rPr>
      </w:pPr>
      <w:r w:rsidRPr="002B782B">
        <w:rPr>
          <w:rFonts w:ascii="Arial" w:hAnsi="Arial" w:cs="Arial"/>
        </w:rPr>
        <w:t xml:space="preserve">c) Mövzu </w:t>
      </w:r>
      <w:r w:rsidR="003E2BD0" w:rsidRPr="002B782B">
        <w:rPr>
          <w:rFonts w:ascii="Arial" w:hAnsi="Arial" w:cs="Arial"/>
        </w:rPr>
        <w:t>ə</w:t>
      </w:r>
      <w:r w:rsidRPr="002B782B">
        <w:rPr>
          <w:rFonts w:ascii="Arial" w:hAnsi="Arial" w:cs="Arial"/>
        </w:rPr>
        <w:t xml:space="preserve">sasında </w:t>
      </w:r>
      <w:r w:rsidR="003E2BD0" w:rsidRPr="002B782B">
        <w:rPr>
          <w:rFonts w:ascii="Arial" w:hAnsi="Arial" w:cs="Arial"/>
        </w:rPr>
        <w:t>y</w:t>
      </w:r>
      <w:r w:rsidRPr="002B782B">
        <w:rPr>
          <w:rFonts w:ascii="Arial" w:hAnsi="Arial" w:cs="Arial"/>
        </w:rPr>
        <w:t xml:space="preserve">azılmış </w:t>
      </w:r>
      <w:r w:rsidR="00F042AE" w:rsidRPr="002B782B">
        <w:rPr>
          <w:rFonts w:ascii="Arial" w:hAnsi="Arial" w:cs="Arial"/>
        </w:rPr>
        <w:t>h</w:t>
      </w:r>
      <w:r w:rsidRPr="002B782B">
        <w:rPr>
          <w:rFonts w:ascii="Arial" w:hAnsi="Arial" w:cs="Arial"/>
        </w:rPr>
        <w:t>ekayə:</w:t>
      </w:r>
    </w:p>
    <w:p w14:paraId="3F9FCC60" w14:textId="69388C5A" w:rsidR="003D5F41" w:rsidRPr="002B782B" w:rsidRDefault="00971823">
      <w:pPr>
        <w:rPr>
          <w:rFonts w:ascii="Arial" w:hAnsi="Arial" w:cs="Arial"/>
        </w:rPr>
      </w:pPr>
      <w:r w:rsidRPr="002B782B">
        <w:rPr>
          <w:rFonts w:ascii="Arial" w:hAnsi="Arial" w:cs="Arial"/>
        </w:rPr>
        <w:t>______________________________________________________________________________</w:t>
      </w:r>
    </w:p>
    <w:p w14:paraId="70704F58" w14:textId="77777777" w:rsidR="003D5F41" w:rsidRPr="002B782B" w:rsidRDefault="00971823">
      <w:pPr>
        <w:rPr>
          <w:rFonts w:ascii="Arial" w:hAnsi="Arial" w:cs="Arial"/>
        </w:rPr>
      </w:pPr>
      <w:r w:rsidRPr="002B782B">
        <w:rPr>
          <w:rFonts w:ascii="Arial" w:hAnsi="Arial" w:cs="Arial"/>
        </w:rPr>
        <w:t>______________________________________________________________________________</w:t>
      </w:r>
    </w:p>
    <w:p w14:paraId="1FA0E652" w14:textId="76650F07" w:rsidR="003D5F41" w:rsidRPr="002B782B" w:rsidRDefault="00971823">
      <w:pPr>
        <w:rPr>
          <w:rFonts w:ascii="Arial" w:hAnsi="Arial" w:cs="Arial"/>
        </w:rPr>
      </w:pPr>
      <w:r w:rsidRPr="002B782B">
        <w:rPr>
          <w:rFonts w:ascii="Arial" w:hAnsi="Arial" w:cs="Arial"/>
        </w:rPr>
        <w:t>______________________________________________________________________________</w:t>
      </w:r>
    </w:p>
    <w:p w14:paraId="72FD270A" w14:textId="7C081120" w:rsidR="00971823" w:rsidRPr="002B782B" w:rsidRDefault="00971823">
      <w:pPr>
        <w:rPr>
          <w:rFonts w:ascii="Arial" w:hAnsi="Arial" w:cs="Arial"/>
        </w:rPr>
      </w:pPr>
    </w:p>
    <w:p w14:paraId="747DE8D6" w14:textId="3501A053" w:rsidR="00971823" w:rsidRPr="002B782B" w:rsidRDefault="00971823">
      <w:pPr>
        <w:rPr>
          <w:rFonts w:ascii="Arial" w:hAnsi="Arial" w:cs="Arial"/>
        </w:rPr>
      </w:pPr>
    </w:p>
    <w:p w14:paraId="7AB09B4C" w14:textId="69839867" w:rsidR="003D5F41" w:rsidRPr="00C52230" w:rsidRDefault="00971823">
      <w:pPr>
        <w:pStyle w:val="Heading1"/>
        <w:rPr>
          <w:rFonts w:ascii="Arial" w:hAnsi="Arial" w:cs="Arial"/>
          <w:sz w:val="40"/>
          <w:szCs w:val="40"/>
        </w:rPr>
      </w:pPr>
      <w:r w:rsidRPr="00C52230">
        <w:rPr>
          <w:rFonts w:ascii="Arial" w:hAnsi="Arial" w:cs="Arial"/>
          <w:sz w:val="40"/>
          <w:szCs w:val="40"/>
        </w:rPr>
        <w:t xml:space="preserve">2. Hazırlanmış </w:t>
      </w:r>
      <w:r w:rsidR="00BB789D" w:rsidRPr="00C52230">
        <w:rPr>
          <w:rFonts w:ascii="Arial" w:hAnsi="Arial" w:cs="Arial"/>
          <w:sz w:val="40"/>
          <w:szCs w:val="40"/>
        </w:rPr>
        <w:t>p</w:t>
      </w:r>
      <w:r w:rsidRPr="00C52230">
        <w:rPr>
          <w:rFonts w:ascii="Arial" w:hAnsi="Arial" w:cs="Arial"/>
          <w:sz w:val="40"/>
          <w:szCs w:val="40"/>
        </w:rPr>
        <w:t xml:space="preserve">ersonajların </w:t>
      </w:r>
      <w:r w:rsidR="00BB789D" w:rsidRPr="00C52230">
        <w:rPr>
          <w:rFonts w:ascii="Arial" w:hAnsi="Arial" w:cs="Arial"/>
          <w:sz w:val="40"/>
          <w:szCs w:val="40"/>
        </w:rPr>
        <w:t>şə</w:t>
      </w:r>
      <w:r w:rsidRPr="00C52230">
        <w:rPr>
          <w:rFonts w:ascii="Arial" w:hAnsi="Arial" w:cs="Arial"/>
          <w:sz w:val="40"/>
          <w:szCs w:val="40"/>
        </w:rPr>
        <w:t>killəri</w:t>
      </w:r>
      <w:r w:rsidR="00BB789D" w:rsidRPr="00C52230">
        <w:rPr>
          <w:rFonts w:ascii="Arial" w:hAnsi="Arial" w:cs="Arial"/>
          <w:sz w:val="40"/>
          <w:szCs w:val="40"/>
        </w:rPr>
        <w:t>:</w:t>
      </w:r>
    </w:p>
    <w:p w14:paraId="6442A5B3" w14:textId="75A4BCB6" w:rsidR="003D5F41" w:rsidRPr="002B782B" w:rsidRDefault="00971823">
      <w:pPr>
        <w:rPr>
          <w:rFonts w:ascii="Arial" w:hAnsi="Arial" w:cs="Arial"/>
        </w:rPr>
      </w:pPr>
      <w:r w:rsidRPr="002B782B">
        <w:rPr>
          <w:rFonts w:ascii="Arial" w:hAnsi="Arial" w:cs="Arial"/>
        </w:rPr>
        <w:t>Burada komanda tərəfindən hazırlanan personajların çəkilmiş fotoları yerləşdirilməlidir.</w:t>
      </w:r>
    </w:p>
    <w:p w14:paraId="73BA586F" w14:textId="5D3BADF5" w:rsidR="00BB789D" w:rsidRPr="002B782B" w:rsidRDefault="00BB789D">
      <w:pPr>
        <w:rPr>
          <w:rFonts w:ascii="Arial" w:hAnsi="Arial" w:cs="Arial"/>
        </w:rPr>
      </w:pPr>
    </w:p>
    <w:p w14:paraId="73C4D860" w14:textId="184E7ABC" w:rsidR="00BB789D" w:rsidRPr="002B782B" w:rsidRDefault="00BB789D">
      <w:pPr>
        <w:rPr>
          <w:rFonts w:ascii="Arial" w:hAnsi="Arial" w:cs="Arial"/>
        </w:rPr>
      </w:pPr>
    </w:p>
    <w:p w14:paraId="6425122C" w14:textId="77777777" w:rsidR="00BB789D" w:rsidRPr="002B782B" w:rsidRDefault="00BB789D">
      <w:pPr>
        <w:rPr>
          <w:rFonts w:ascii="Arial" w:hAnsi="Arial" w:cs="Arial"/>
        </w:rPr>
      </w:pPr>
    </w:p>
    <w:p w14:paraId="422DF667" w14:textId="77777777" w:rsidR="00BB789D" w:rsidRPr="002B782B" w:rsidRDefault="00BB789D">
      <w:pPr>
        <w:rPr>
          <w:rFonts w:ascii="Arial" w:hAnsi="Arial" w:cs="Arial"/>
        </w:rPr>
      </w:pPr>
    </w:p>
    <w:p w14:paraId="6BDB9DDD" w14:textId="578DF349" w:rsidR="003D5F41" w:rsidRPr="00C52230" w:rsidRDefault="00971823">
      <w:pPr>
        <w:pStyle w:val="Heading1"/>
        <w:rPr>
          <w:rFonts w:ascii="Arial" w:hAnsi="Arial" w:cs="Arial"/>
          <w:sz w:val="40"/>
          <w:szCs w:val="40"/>
        </w:rPr>
      </w:pPr>
      <w:r w:rsidRPr="00C52230">
        <w:rPr>
          <w:rFonts w:ascii="Arial" w:hAnsi="Arial" w:cs="Arial"/>
          <w:sz w:val="40"/>
          <w:szCs w:val="40"/>
        </w:rPr>
        <w:t xml:space="preserve">3. İş </w:t>
      </w:r>
      <w:r w:rsidR="00BB789D" w:rsidRPr="00C52230">
        <w:rPr>
          <w:rFonts w:ascii="Arial" w:hAnsi="Arial" w:cs="Arial"/>
          <w:sz w:val="40"/>
          <w:szCs w:val="40"/>
        </w:rPr>
        <w:t>p</w:t>
      </w:r>
      <w:r w:rsidRPr="00C52230">
        <w:rPr>
          <w:rFonts w:ascii="Arial" w:hAnsi="Arial" w:cs="Arial"/>
          <w:sz w:val="40"/>
          <w:szCs w:val="40"/>
        </w:rPr>
        <w:t xml:space="preserve">rosesindən </w:t>
      </w:r>
      <w:r w:rsidR="00BB789D" w:rsidRPr="00C52230">
        <w:rPr>
          <w:rFonts w:ascii="Arial" w:hAnsi="Arial" w:cs="Arial"/>
          <w:sz w:val="40"/>
          <w:szCs w:val="40"/>
        </w:rPr>
        <w:t>f</w:t>
      </w:r>
      <w:r w:rsidRPr="00C52230">
        <w:rPr>
          <w:rFonts w:ascii="Arial" w:hAnsi="Arial" w:cs="Arial"/>
          <w:sz w:val="40"/>
          <w:szCs w:val="40"/>
        </w:rPr>
        <w:t>otolar</w:t>
      </w:r>
      <w:r w:rsidR="00BB789D" w:rsidRPr="00C52230">
        <w:rPr>
          <w:rFonts w:ascii="Arial" w:hAnsi="Arial" w:cs="Arial"/>
          <w:sz w:val="40"/>
          <w:szCs w:val="40"/>
        </w:rPr>
        <w:t>:</w:t>
      </w:r>
    </w:p>
    <w:p w14:paraId="4772662E" w14:textId="053AB149" w:rsidR="003D5F41" w:rsidRPr="002B782B" w:rsidRDefault="00971823" w:rsidP="00BB789D">
      <w:pPr>
        <w:rPr>
          <w:rFonts w:ascii="Arial" w:hAnsi="Arial" w:cs="Arial"/>
        </w:rPr>
      </w:pPr>
      <w:r w:rsidRPr="002B782B">
        <w:rPr>
          <w:rFonts w:ascii="Arial" w:hAnsi="Arial" w:cs="Arial"/>
        </w:rPr>
        <w:t>Aşağıda komandanın iş prosesini əks etdirən fotolar əlavə edilməlidir.</w:t>
      </w:r>
    </w:p>
    <w:sectPr w:rsidR="003D5F41" w:rsidRPr="002B782B" w:rsidSect="002A3970">
      <w:headerReference w:type="default" r:id="rId12"/>
      <w:footerReference w:type="default" r:id="rId13"/>
      <w:pgSz w:w="11906" w:h="16838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D6F8B" w14:textId="77777777" w:rsidR="00C02FA1" w:rsidRDefault="00C02FA1" w:rsidP="008535DF">
      <w:pPr>
        <w:spacing w:after="0" w:line="240" w:lineRule="auto"/>
      </w:pPr>
      <w:r>
        <w:separator/>
      </w:r>
    </w:p>
  </w:endnote>
  <w:endnote w:type="continuationSeparator" w:id="0">
    <w:p w14:paraId="5CEDBEE4" w14:textId="77777777" w:rsidR="00C02FA1" w:rsidRDefault="00C02FA1" w:rsidP="00853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36431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4F02F4" w14:textId="24072621" w:rsidR="008535DF" w:rsidRDefault="008535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8E03D2" w14:textId="77777777" w:rsidR="008535DF" w:rsidRDefault="008535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1CE68" w14:textId="77777777" w:rsidR="00C02FA1" w:rsidRDefault="00C02FA1" w:rsidP="008535DF">
      <w:pPr>
        <w:spacing w:after="0" w:line="240" w:lineRule="auto"/>
      </w:pPr>
      <w:r>
        <w:separator/>
      </w:r>
    </w:p>
  </w:footnote>
  <w:footnote w:type="continuationSeparator" w:id="0">
    <w:p w14:paraId="1C0C6ADA" w14:textId="77777777" w:rsidR="00C02FA1" w:rsidRDefault="00C02FA1" w:rsidP="00853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CB65" w14:textId="3F940815" w:rsidR="008535DF" w:rsidRPr="008535DF" w:rsidRDefault="008535DF" w:rsidP="008535DF">
    <w:pPr>
      <w:pStyle w:val="Header"/>
      <w:jc w:val="right"/>
      <w:rPr>
        <w:rFonts w:ascii="Arial" w:hAnsi="Arial" w:cs="Arial"/>
        <w:i/>
        <w:iCs/>
      </w:rPr>
    </w:pPr>
    <w:r w:rsidRPr="008535DF">
      <w:rPr>
        <w:rFonts w:ascii="Arial" w:hAnsi="Arial" w:cs="Arial"/>
        <w:i/>
        <w:iCs/>
      </w:rPr>
      <w:t>Red. 1</w:t>
    </w:r>
  </w:p>
  <w:p w14:paraId="6FE48025" w14:textId="77777777" w:rsidR="008535DF" w:rsidRDefault="00853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63872691">
    <w:abstractNumId w:val="8"/>
  </w:num>
  <w:num w:numId="2" w16cid:durableId="270624902">
    <w:abstractNumId w:val="6"/>
  </w:num>
  <w:num w:numId="3" w16cid:durableId="1605915440">
    <w:abstractNumId w:val="5"/>
  </w:num>
  <w:num w:numId="4" w16cid:durableId="1681850976">
    <w:abstractNumId w:val="4"/>
  </w:num>
  <w:num w:numId="5" w16cid:durableId="1006978686">
    <w:abstractNumId w:val="7"/>
  </w:num>
  <w:num w:numId="6" w16cid:durableId="1293681132">
    <w:abstractNumId w:val="3"/>
  </w:num>
  <w:num w:numId="7" w16cid:durableId="1602839470">
    <w:abstractNumId w:val="2"/>
  </w:num>
  <w:num w:numId="8" w16cid:durableId="2128310783">
    <w:abstractNumId w:val="1"/>
  </w:num>
  <w:num w:numId="9" w16cid:durableId="1530603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0465E"/>
    <w:rsid w:val="0015074B"/>
    <w:rsid w:val="0029639D"/>
    <w:rsid w:val="002A3970"/>
    <w:rsid w:val="002B782B"/>
    <w:rsid w:val="00326F90"/>
    <w:rsid w:val="003D5F41"/>
    <w:rsid w:val="003E2BD0"/>
    <w:rsid w:val="006F6C7E"/>
    <w:rsid w:val="007426D0"/>
    <w:rsid w:val="00846CBE"/>
    <w:rsid w:val="008535DF"/>
    <w:rsid w:val="009413B6"/>
    <w:rsid w:val="00971823"/>
    <w:rsid w:val="00A360E3"/>
    <w:rsid w:val="00AA1D8D"/>
    <w:rsid w:val="00B47730"/>
    <w:rsid w:val="00BB789D"/>
    <w:rsid w:val="00C02FA1"/>
    <w:rsid w:val="00C52230"/>
    <w:rsid w:val="00C63943"/>
    <w:rsid w:val="00CB0664"/>
    <w:rsid w:val="00E334A5"/>
    <w:rsid w:val="00F042AE"/>
    <w:rsid w:val="00FB73E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09DF14"/>
  <w14:defaultImageDpi w14:val="300"/>
  <w15:docId w15:val="{E75EDDA0-AF04-D048-8C6E-542EB423E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457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7</cp:revision>
  <dcterms:created xsi:type="dcterms:W3CDTF">2025-05-13T11:34:00Z</dcterms:created>
  <dcterms:modified xsi:type="dcterms:W3CDTF">2025-06-02T12:25:00Z</dcterms:modified>
  <cp:category/>
</cp:coreProperties>
</file>